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УТВЕРЖДАЮ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 покупателя]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«___» ____________ 20__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приёмки товара по количеству и качеству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поставке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(получатель):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Поставщик: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Сопроводительные документы: универсальный передаточный документ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транспортная накладная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документы о качестве: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номер и дата сертификата, декларации или паспорта качества]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время прибытия товара: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[чч:мм]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Товар доставлен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поставщика или перевозчика]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транспортное средство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Место приёмки: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склада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время: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[чч:мм]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[чч:мм]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Комиссия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Приёмку проводила комиссия покупателя: председатель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члены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приёмке участвовал представитель поставщика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действующий по доверенности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Состояние груза и порядок проверки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Пломбы: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[состояние и номера пломб]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Тара и упаковка: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[описание, например исправны, без следов вскрытия]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Грузовых мест по документам: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фактически: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Количество проверено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[способ, например поштучным пересчётом единиц в каждом грузовом месте]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Качество и комплектность проверены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[способ, например сплошным внешним осмотром и сверкой маркировки]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соответствие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[пункт Договора или спецификации с требованиями к качеству]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Результаты приёмки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073"/>
        <w:gridCol w:w="2913"/>
        <w:gridCol w:w="1226"/>
        <w:gridCol w:w="1226"/>
        <w:gridCol w:w="1226"/>
        <w:gridCol w:w="1686"/>
      </w:tblGrid>
      <w:tr>
        <w:trPr>
          <w:cantSplit/>
        </w:trPr>
        <w:tc>
          <w:tcPr>
            <w:tcW w:type="dxa" w:w="10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9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Товар, ед. изм.</w:t>
            </w:r>
          </w:p>
        </w:tc>
        <w:tc>
          <w:tcPr>
            <w:tcW w:type="dxa" w:w="1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 УПД</w:t>
            </w:r>
          </w:p>
        </w:tc>
        <w:tc>
          <w:tcPr>
            <w:tcW w:type="dxa" w:w="1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Принято</w:t>
            </w:r>
          </w:p>
        </w:tc>
        <w:tc>
          <w:tcPr>
            <w:tcW w:type="dxa" w:w="1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Годный</w:t>
            </w:r>
          </w:p>
        </w:tc>
        <w:tc>
          <w:tcPr>
            <w:tcW w:type="dxa" w:w="16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Расхождения</w:t>
            </w:r>
          </w:p>
        </w:tc>
      </w:tr>
      <w:tr>
        <w:trPr>
          <w:cantSplit/>
        </w:trPr>
        <w:tc>
          <w:tcPr>
            <w:tcW w:type="dxa" w:w="10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9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шт.]</w:t>
            </w:r>
          </w:p>
        </w:tc>
        <w:tc>
          <w:tcPr>
            <w:tcW w:type="dxa" w:w="1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6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10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9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шт.]</w:t>
            </w:r>
          </w:p>
        </w:tc>
        <w:tc>
          <w:tcPr>
            <w:tcW w:type="dxa" w:w="1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6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107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291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шт.]</w:t>
            </w:r>
          </w:p>
        </w:tc>
        <w:tc>
          <w:tcPr>
            <w:tcW w:type="dxa" w:w="12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2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2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68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 надлежащего качества принят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[кол-во]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единиц на сумму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НДС или «НДС не облагается»]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Выявленные расхождения по количеству и качеству: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позиций с указанием количества и характера расхождения; если расхождений нет, укажите «не выявлены»]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Товар, указанный в графе «Годный» таблицы раздела 4, принят покупателем по количеству и качеству в соответствии с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 с расхождениями, указанными в п. 4.2, обособлен и принят на ответственное хранение (ст. 514 ГК РФ). Поставщик уведомлён о расхождениях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способ связи из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соответствии с п. 2 ст. 513 ГК РФ; требования к поставщику направляются отдельной претензией.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составлен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экземплярах в день окончания приёмки. Участники приёмки предупреждены о необходимости указывать в акте только достоверные сведения.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при приёмке обнаружены расхождения, направьте поставщику копию акта в тот же день: по ст. 483 и 513 ГК РФ уведомлять о несоответствиях нужно незамедлительно и письменно.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УПД и транспортной накладной;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 качестве;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груза, тары и маркировки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[носитель, количество файлов]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уведомления поставщику о расхождениях.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Комиссия покупателя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Представитель поставщика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[должность, доверенность № ... от ...]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Возражения (при наличии):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[текст возражений]</w:t>
            </w:r>
          </w:p>
        </w:tc>
      </w:tr>
    </w:tbl>
    <w:p>
      <w:pPr>
        <w:spacing w:before="0" w:after="0" w:line="20" w:lineRule="exact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товара по количеству и качеству по договору поставки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