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Военному комиссару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образования: района,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Российской Федерации]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военного комиссариата]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удостоверение гражданина, подлежащего призыву на военную службу: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замене военной службы по призыву альтернативной гражданской службой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состою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подлежу призыву на военную службу.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Несение военной службы противоречит моим убеждениям. В соответствии с частью 3 статьи 59 Конституции Российской Федерации, статьями 2 и 11 Федерального закона от 25.07.2002 № 113-ФЗ «Об альтернативной гражданской службе» прошу заменить мне военную службу по призыву альтернативной гражданской службой.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Обоснование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Мои убеждения состоят в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сформулируйте суть убеждений: например, я считаю недопустимым для себя применение оружия и насилия против людей при любых обстоятельствах]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Эти убеждения сформировались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[когда и под влиянием чего: воспитание в семье, события в жизни, книги, общение с определёнными людьми]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Мои убеждения проявляются в повседневной жизни: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[конкретные примеры: выбор профессии, волонтёрская работа, участие в социальных проектах, отказ от занятий, связанных с оружием]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Военная служба несовместима с моими убеждениями, поскольку она предполагает принятие военной присяги, обучение обращению с оружием и готовность применить его по приказу. Исполнить эти требования, не поступившись своими убеждениями, я не могу. Вместе с тем я готов исполнить свой долг перед обществом, пройдя альтернативную гражданскую службу.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Достоверность моих доводов могут подтвердить: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приходится или где работает, например: преподаватель колледжа]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приходится или где работает]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рассмотреть заявление на заседании призывной комиссии с моим участием и известить меня о дате и месте заседания по телефону и электронной почте, указанным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подачи: до 1 апреля, если отправка на службу планируется с 1 октября по 31 декабря текущего года; до 1 октября, если с 1 апреля по 15 июля следующего года. Сохраните второй экземпляр с отметкой о принятии.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автобиография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характеристика с места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[работы или учёбы]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документы, подтверждающие доводы: справки о волонтёрской деятельности, рекомендации]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военной службы по призыву альтернативной гражданской службой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