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Военному комиссару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образования: района, города]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Российской Федерации]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военного комиссариата]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номер, 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выдаче военного билета взамен утраченного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состою на воинском учёте в военном комиссариате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пребываю в запасе.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Мне был выдан военный билет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военным комиссариатом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военного комиссариата, выдавшего билет]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Военно-учётная специальность: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ВУС,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обнаружил утрату военного билета при следующих обстоятельствах: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опишите, где и при каких обстоятельствах утрачен документ, например: документ находился в сумке, которая была похищена в общественном транспорте]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 факту хищения я обратился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талон-уведомление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Утрата военного билета произошла не по моей вине: документ хранился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[где и как хранился 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Для его поиска 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 принятые меры: обращение в полицию, бюро находок, по месту утраты]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однако документ не найден.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статьёй 10 Федерального закона от 28.03.1998 № 53-ФЗ «О воинской обязанности и военной службе» сообщаю об утрате документа воинского учёта и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мне военный билет взамен утраченного.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период оформления военного билета выдать временное удостоверение, выданное взамен военного билета.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мне о готовности документа по телефону или электронной почте, указанным в заявлении.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Обратитесь в военкомат в течение 2 недель после утраты. При краже сначала заявите в полицию: талон-уведомление подтверждает, что документ утрачен не из-за небрежного хранения.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 размером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по требованию военкомата]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талона-уведомления из полиции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1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 об образовании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утраченного военного билета (при наличии)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военкомат о выдаче военного билета взамен утраченного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