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Военному комиссару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 по прежнему месту жительства]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 регистрации: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прежний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Паспорт: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СНИЛС: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Телефон, e-mail: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[электронная 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снятии с воинского учёта в связи с переездом на новое место жительства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состою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Документ воинского учёта: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[военный билет или удостоверение гражданина, подлежащего призыву]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постоянно проживаю по новому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полный новый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находится за пределами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военный комиссариат по новому месту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Дата регистрации по новому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Сообщаю о переезде на новое место жительства и на основании подпункта «г» пункта 1 статьи 10, статьи 8.2 Федерального закона от 28.03.1998 № 53-ФЗ «О воинской обязанности и военной службе», Положения о воинском учёте, утверждённого постановлением Правительства РФ от 27.11.2006 № 719,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Снять меня с воинского учёта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связи с переездом.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мои учётные документы в военный комиссариат по новому месту жительства и внести соответствующие изменения в Реестр воинского учёта.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о результатах в мой личный кабинет на Госуслугах или по электронной почте.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[военного билета или удостоверения гражданина, подлежащего призыву]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праве проживания по новому адресу, например договор найма]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военкомат о снятии с воинского учёта в связи с переездом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