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военный комиссариат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военного комиссариата по месту воинского учёта]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Председателю призывной комиссии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Адрес регистрации: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Паспорт: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СНИЛС: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Удостоверение призывника: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Телефон, e-mail: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[электронная почта]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отсрочки от призыва на военную службу в связи с обучением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состою на воинском учёте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как гражданин, подлежащий призыву на военную службу.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зачисления]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обучаюсь по очной форме обучения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программе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[уровень образования, например бакалавриата]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направлению подготовки (специальности)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и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курс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курса]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Приказ о зачислении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Образовательная программа имеет государственную аккредитацию: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записи в реестре или свидетельства о государственной аккредитации]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Нормативный срок окончания обучения: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Диплома бакалавра, специалиста или магистра я не имею. Ранее отсрочка от призыва в связи с обучением мне не предоставлялась.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подпункта «а» пункта 2 статьи 24, пунктов 5 и 6 статьи 28 Федерального закона от 28.03.1998 № 53-ФЗ «О воинской обязанности и военной службе»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Предоставить мне отсрочку от призыва на военную службу на период обучения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[сокращённое 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нормативного срока обучения]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Рассмотреть вопрос о предоставлении отсрочки без моей личной явки на основании приложенных документов и внести сведения в Реестр воинского учёта.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выписку из протокола заседания призывной комиссии с принятым решением или направить её заказным письмом по адресу регистрации.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Справку об обучении оформите по установленной форме и проверьте в ней очную форму обучения, реквизиты аккредитации и срок окончания. При личной подаче попросите отметку о приёме на своём экземпляре.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(оригинал);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удостоверения гражданина, подлежащего призыву на военную службу.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военкомат о предоставлении отсрочки от призыва в связи с обучением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