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комиссару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через военный комиссариат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личный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[личный номер из военного билета]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воинское звание: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[воинское звание]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запаса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удостоверения ветерана боевых действий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проходил военную службу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[основание, например по контракту]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Вооружённых Силах Российской Федерации и в периоды, указанные ниже, выполнял задачи в ходе специальной военной операции.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уволен с военной службы в запас,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подпунктом 1 пункта 1 статьи 3 Федерального закона от 12.01.1995 № 5-ФЗ «О ветеранах» и Порядком выдачи удостоверений ветерана боевых действий в Министерстве обороны Российской Федерации, утверждённым приказом Министра обороны Российской Федерации от 09.03.2023 № 111,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рассмотреть вопрос о выдаче мне удостоверения ветерана боевых действий.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Периоды выполнения задач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44"/>
        <w:gridCol w:w="2445"/>
        <w:gridCol w:w="1913"/>
        <w:gridCol w:w="4252"/>
      </w:tblGrid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4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Воинская часть</w:t>
            </w:r>
          </w:p>
        </w:tc>
        <w:tc>
          <w:tcPr>
            <w:tcW w:type="dxa" w:w="1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</w:t>
            </w:r>
          </w:p>
        </w:tc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Территория (государство)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4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войсковая часть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[территория, например Запорожская область, Российская Федерация]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4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войсковая часть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9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25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[территория]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Ранения, контузии, увечья: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обстоятельства ранения, номер справки о ранении или «не имею»]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Государственные награды и ведомственные знаки отличия за участие в выполнении задач: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награды, номер наградного документа или «не имею»]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Согласия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Даю согласие военному комиссариату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военному комиссариату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комиссии по рассмотрению вопросов выдачи удостоверений на обработку моих персональных данных, указанных в заявлении и приложенных документах, в целях рассмотрения вопроса о выдаче удостоверения ветерана боевых действий, в соответствии с Федеральным законом от 27.07.2006 № 152-ФЗ «О персональных данных».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запрос в воинских частях, архивах и иных органах документов и сведений, подтверждающих моё участие в выполнении задач, которые отсутствуют у меня на руках (пункты 11 и 15 Порядка).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прошу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Удостоверение получу лично.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Приложите оригиналы или заверенные копии выписок из приказов: незаверенные ксерокопии комиссия не принимает. Если документов нет, так и укажите в приложениях, сведения запросят по вашему согласию.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две фотографии размером 3×4 см;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гражданина Российской Федерации (страницы с личными данными и регистрацией)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военного билета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приказа командира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зачислении в списки личного состава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участии в выполнении задач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ранении (контузии)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наградных документов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удостоверения ветерана боевых действий (для уволенных в запас)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