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социальной защиты населения]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[дд.мм.гггг]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[индекс,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фактического проживания: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[индекс,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признании семьи многодетной и выдаче удостоверения многодетной семьи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Моя семья воспитывает трёх несовершеннолетних детей, которые проживают совместно с нами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фактического проживания]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Указа Президента Российской Федерации от 23.01.2024 № 63 «О мерах социальной поддержки многодетных семей»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и номер закона субъекта РФ о социальной поддержке многодетных семей]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Признать мою семью многодетной.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удостоверение многодетной семьи и внести сведения о статусе семьи в государственную информационную систему для получения электронного удостоверения на портале Госуслуг.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членах семьи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18"/>
        <w:gridCol w:w="2455"/>
        <w:gridCol w:w="1520"/>
        <w:gridCol w:w="4560"/>
      </w:tblGrid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4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ФИО, кем приходится</w:t>
            </w:r>
          </w:p>
        </w:tc>
        <w:tc>
          <w:tcPr>
            <w:tcW w:type="dxa" w:w="15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рождения</w:t>
            </w:r>
          </w:p>
        </w:tc>
        <w:tc>
          <w:tcPr>
            <w:tcW w:type="dxa" w:w="45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Документ, СНИЛС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4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заявителя]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, мать</w:t>
            </w:r>
          </w:p>
        </w:tc>
        <w:tc>
          <w:tcPr>
            <w:tcW w:type="dxa" w:w="15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5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СНИЛС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4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супруга]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, отец</w:t>
            </w:r>
          </w:p>
        </w:tc>
        <w:tc>
          <w:tcPr>
            <w:tcW w:type="dxa" w:w="15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5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СНИЛС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24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ребёнка]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, сын</w:t>
            </w:r>
          </w:p>
        </w:tc>
        <w:tc>
          <w:tcPr>
            <w:tcW w:type="dxa" w:w="15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5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свидетельство о рождении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СНИЛС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24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ребёнка]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, дочь</w:t>
            </w:r>
          </w:p>
        </w:tc>
        <w:tc>
          <w:tcPr>
            <w:tcW w:type="dxa" w:w="15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5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свидетельство о рождении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СНИЛС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24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ребёнка]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, сын</w:t>
            </w:r>
          </w:p>
        </w:tc>
        <w:tc>
          <w:tcPr>
            <w:tcW w:type="dxa" w:w="152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56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свидетельство о рождении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СНИЛС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Брак зарегистрирован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свидетельство о заключении брака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Подтверждения и обязательства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Подтверждаю, что сведения, указанные в заявлении и приложенных документах, достоверны. Родительских прав в отношении указанных детей ни я, ни супруг не лишены и в правах не ограничены.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Обязуюсь в течение 10 дней сообщить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социальной защиты населения]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 обстоятельствах, влекущих утрату статуса многодетной семьи или изменение её состава.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Даю согласие на обработку моих персональных данных и персональных данных моих несовершеннолетних детей, указанных в заявлении, в целях признания семьи многодетной, выдачи удостоверения и предоставления мер социальной поддержки, а также на запрос необходимых сведений в органах ЗАГС, МВД, Социальном фонде России и иных организациях (Федеральный закон от 27.07.2006 № 152-ФЗ «О персональных данных»).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 и удостоверение прошу выдать лично. Уведомления прошу направлять на адрес электронной почты: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Проверьте региональный закон: в некоторых субъектах удостоверение выдаётся с фотографиями родителей, а для детей старше 18 лет нужна справка об очном обучении.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супруга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свидетельств о рождении детей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заключении брака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СНИЛС членов семьи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заявителя и супруга размером 3×4 см,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Заявитель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Второй родитель (согласие на обработку персональных данных по пункту 3 даю)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0" w:line="20" w:lineRule="exact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семьи многодетной и выдаче удостоверения многодетной семьи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