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местного самоуправления, например администрацию городского округа]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малоимущими и принятии на учёт в качестве нуждающихся в жилых помещениях, предоставляемых по договорам социального найма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статей 49, 51 и 52 Жилищного кодекса Российской Федерации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и номер закона субъекта РФ о порядке ведения учёта граждан в качестве нуждающихся в жилых помещениях]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признать меня и членов моей семьи малоимущими и принять нас на учёт в качестве нуждающихся в жилых помещениях, предоставляемых по договорам социального найма, по основанию, предусмотренному пунктом 2 части 1 статьи 51 Жилищного кодекса Российской Федерации (обеспеченность общей площадью жилого помещения на одного члена семьи менее учётной нормы).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Состав семьи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44"/>
        <w:gridCol w:w="3082"/>
        <w:gridCol w:w="1381"/>
        <w:gridCol w:w="4145"/>
      </w:tblGrid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ФИО, кем приходится заявителю</w:t>
            </w:r>
          </w:p>
        </w:tc>
        <w:tc>
          <w:tcPr>
            <w:tcW w:type="dxa" w:w="13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41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Документ, удостоверяющий личность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заявителя]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заявитель</w:t>
            </w:r>
          </w:p>
        </w:tc>
        <w:tc>
          <w:tcPr>
            <w:tcW w:type="dxa" w:w="13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1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супруга</w:t>
            </w:r>
          </w:p>
        </w:tc>
        <w:tc>
          <w:tcPr>
            <w:tcW w:type="dxa" w:w="13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1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сын</w:t>
            </w:r>
          </w:p>
        </w:tc>
        <w:tc>
          <w:tcPr>
            <w:tcW w:type="dxa" w:w="13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1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свидетельство о рождении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0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дочь</w:t>
            </w:r>
          </w:p>
        </w:tc>
        <w:tc>
          <w:tcPr>
            <w:tcW w:type="dxa" w:w="13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1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свидетельство о рождении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занимаемом жилом помещении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Семья проживает в жилом помещении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принадлежащем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праве собственности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площадь жилого помещения: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 По месту жительства в нём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человек.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Обеспеченность общей площадью на одного члена семьи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чел.), что менее учётной нормы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[учётная норма]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установленной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реквизиты муниципального правового акта об учётной норме]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Заверения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Иных жилых помещений, занимаемых по договорам социального найма или найма жилых помещений жилищного фонда социального использования либо принадлежащих на праве собственности, ни у меня, ни у членов моей семьи нет.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последних пяти лет ни я, ни члены моей семьи не совершали действий, повлёкших ухудшение жилищных условий (статья 53 Жилищного кодекса Российской Федерации): не отчуждали жилые помещения и доли в них, не вселяли иных лиц, не изменяли порядок пользования жилым помещением.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сообщать об изменении состава семьи, доходов, имущества и жилищных условий, а также ежегодно проходить перерегистрацию в порядке, установленном законом субъекта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и совершеннолетние члены моей семьи даём согласие на проверку указанных сведений, на запрос документов в органах государственной власти, органах местного самоуправления и организациях, а также на обработку персональных данных в соответствии с Федеральным законом от 27.07.2006 № 152-ФЗ «О персональных данных».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выдать расписку в получении документов (часть 4 статьи 52 Жилищного кодекса Российской Федерации). Решение прошу выдать лично, а копию направить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Решение должно быть принято не позднее 30 рабочих дней со дня подачи документов и выдано не позднее 3 рабочих дней после принятия. Сохраните расписку: по дате на ней считается срок.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паспортов заявителя и супруги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свидетельств о рождении детей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заключении брака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ЕГРН на занимаемое жилое помещение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о регистрации граждан по месту жительства в жилом помещении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доходах членов семьи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[расчётный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об имуществе членов семьи, подлежащем налогообложению,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Совершеннолетние члены семьи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0" w:line="20" w:lineRule="exact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малоимущими и принятии на учёт в качестве нуждающихся в жилых помещениях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