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организации, ТСЖ или водоканала]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помещения: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опломбировку и ввод в эксплуатацию приборов учёта воды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[собственником / нанимателем]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помещения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Плата за холодное и горячее водоснабжение начисляется мне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исполнителем коммунальных услуг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помещении установлены индивидуальные приборы учёта воды. Монтаж выполнен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монтажной организации, ИНН, акт выполненных работ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мною самостоятельно] в соответствии с технической документацией изготовителя. Приборы учёта имеют действующую первичную поверку, сведения о которой указаны в их паспортах: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Прибор учёта холодной воды: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марка]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установки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[санузел / кухня]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начальные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м³, дата первичной поверки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очередной поверки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Прибор учёта горячей воды: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марка]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установки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[санузел / кухня]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начальные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м³, дата первичной поверки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очередной поверки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Приборы учёта смонтированы открыто и доступны для осмотра. Предлагаю провести их ввод в эксплуатацию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Эта дата наступает не ранее 3 рабочих дней со дня направления настоящего заявления.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81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– Правила № 354), ввод установленного прибора учёта в эксплуатацию осуществляет исполнитель на основании заявки собственника жилого помещения. Заявка содержит сведения о потребителе, предлагаемые дату и время ввода, тип и заводские номера приборов, место их установки, сведения об организации, осуществившей монтаж, показания приборов и дату очередной поверки. Все эти сведения приведены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81(1) Правил № 354 исполнитель обязан провести ввод прибора учёта в эксплуатацию не позднее 15 рабочих дней со дня получения заявки, а если предложенные дата и время ему не подходят, в течение 3 рабочих дней согласовать с потребителем иные дату и время. При вводе исполнитель проверяет заводской номер, комплектность прибора, наличие знаков последней поверки и соответствие монтажа технической документации, после чего устанавливает пломбы и составляет акт ввода в эксплуатацию (п. 81(4)–81(7) Правил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81(2) Правил № 354 при неявке исполнителя в согласованные дату и время либо по истечении 15 рабочих дней со дня получения заявки приборы учёта считаются введёнными в эксплуатацию с даты направления заявки и с этой даты их показания учитываются при определении объёма потребления.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Ввод прибора учёта в эксплуатацию и первичная установка пломб осуществляются без взимания платы (п. 81(9) Правил № 354). Пломбы на моих приборах устанавливаются впервые, поэтому требовать оплату за эти действия исполнитель не вправе.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пп. 80, 81, 81(1), 81(2) и 81(9) Правил № 354,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Ввести в эксплуатацию прибор учёта холодной воды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прибор учёта горячей воды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если эта дата неудобна – не позднее 3 рабочих дней со дня получения заявления согласовать со мной иную дату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контрольные пломбы на приборы учёта без взимания 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Составить акт ввода приборов учёта в эксплуатацию в двух экземплярах с указанием показаний и номеров пломб и передать один экземпляр мне.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Начислять плату за холодное и горячее водоснабжение по показаниям приборов учёта с даты их ввода в эксплуатацию.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ответ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прибора учёта холодной воды.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прибора учёта горячей воды.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выполненных монтажных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право пользования помещением.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опломбировку и ввод в эксплуатацию счётчиков воды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