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СОГЛАШЕНИЕ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порядке и размере участия собственников в расходах на оплату жилого помещения и коммунальных услуг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именуемый(ая) в дальнейшем «Собственник 1»,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именуемый(ая) в дальнейшем «Собственник 2»,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совместно именуемые «Стороны», руководствуясь статьями 247 и 249 Гражданского кодекса Российской Федерации, статьями 30, 153, 155 и 158 Жилищного кодекса Российской Федерации, заключили настоящее соглашение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Предмет соглашения</w:t>
      </w:r>
    </w:p>
    <w:p>
      <w:pPr>
        <w:spacing w:before="0" w:after="120" w:line="276" w:lineRule="auto"/>
        <w:ind w:left="72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Стороны являются собственниками жилого помещения (квартиры)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[полный 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общая площадь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 (далее — Квартира), на праве общей долевой собственности: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Собственнику 1 принадлежит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[доля, например 1/2]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доля в праве, запись в ЕГРН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Собственнику 2 принадлежит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[доля, например 1/2]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доля в праве, запись в ЕГРН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72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Плата за Квартиру начисляется по лицевому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лицевого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открытому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организации, ТСЖ или ЖСК]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72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Настоящим соглашением Стороны определяют порядок и размер своего участия в расходах на оплату жилого помещения и коммунальных услуг по Квартире.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Размер участия в расходах</w:t>
      </w:r>
    </w:p>
    <w:p>
      <w:pPr>
        <w:spacing w:before="0" w:after="120" w:line="276" w:lineRule="auto"/>
        <w:ind w:left="72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Каждая Сторона несёт расходы соразмерно своей доле в праве общей собственности на Квартиру: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Собственник 1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доли в праве, что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 в процентах]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расходов и соответствует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 общей площади Квартиры.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Собственник 2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доли в праве, что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[доля в процентах]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расходов и соответствует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 общей площади Квартиры.</w:t>
      </w:r>
    </w:p>
    <w:p>
      <w:pPr>
        <w:spacing w:before="0" w:after="120" w:line="276" w:lineRule="auto"/>
        <w:ind w:left="72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Указанные доли применяются ко всем платежам по Квартире: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Плате за содержание жилого помещения, включая коммунальные ресурсы, потребляемые при содержании общего имущества многоквартирного дома.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Плате за коммунальные услуги (холодное и горячее водоснабжение, водоотведение, электроснабжение, газоснабжение, отопление).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Плате за коммунальную услугу по обращению с твёрдыми коммунальными отходами.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Взносам на капитальный ремонт общего имущества многоквартирного дома.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Иным платежам, связанным с содержанием Квартиры.</w:t>
      </w:r>
    </w:p>
    <w:p>
      <w:pPr>
        <w:spacing w:before="0" w:after="120" w:line="276" w:lineRule="auto"/>
        <w:ind w:left="72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Плата за коммунальные услуги, начисленная по показаниям индивидуальных приборов учёта Квартиры, распределяется между Сторонами в долях, указанных в пункте 2.1. Показания приборов учёта передаёт исполнителю коммунальных услуг Собственник 1 ежемесячно в установленные сроки и сообщает их Собственнику 2.</w:t>
      </w:r>
    </w:p>
    <w:p>
      <w:pPr>
        <w:spacing w:before="0" w:after="120" w:line="276" w:lineRule="auto"/>
        <w:ind w:left="72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Каждая Сторона самостоятельно и своевременно, в сроки, установленные жилищным законодательством, вносит плату за свою долю на основании отдельного платёжного документа.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Отдельные платёжные документы</w:t>
      </w:r>
    </w:p>
    <w:p>
      <w:pPr>
        <w:spacing w:before="0" w:after="120" w:line="276" w:lineRule="auto"/>
        <w:ind w:left="72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со дня подписания настоящего соглашения Стороны обращаются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 региональному оператору по обращению с твёрдыми коммунальными отходами, к региональному оператору капитального ремонта, а также в ресурсоснабжающие организации, выставляющие платёжные документы напрямую, с заявлениями о разделе лицевого счёта и выдаче каждой Стороне отдельного платёжного документа в соответствии с пунктом 2.1.</w:t>
      </w:r>
    </w:p>
    <w:p>
      <w:pPr>
        <w:spacing w:before="0" w:after="120" w:line="276" w:lineRule="auto"/>
        <w:ind w:left="72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Каждая Сторона вправе обратиться с таким заявлением самостоятельно, приложив копию настоящего соглашения.</w:t>
      </w:r>
    </w:p>
    <w:p>
      <w:pPr>
        <w:spacing w:before="0" w:after="120" w:line="276" w:lineRule="auto"/>
        <w:ind w:left="72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 выдачи отдельных платёжных документов Стороны оплачивают общий платёжный документ в долях, указанных в пункте 2.1, и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после оплаты сообщают об этом друг другу.</w:t>
      </w:r>
    </w:p>
    <w:p>
      <w:pPr>
        <w:spacing w:before="0" w:after="120" w:line="276" w:lineRule="auto"/>
        <w:ind w:left="72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Задолженность по лицевому счёту, образовавшаяся до подписания настоящего соглашения,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погашается Сторонами в долях, указанных в пункте 2.1,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Ответственность Сторон</w:t>
      </w:r>
    </w:p>
    <w:p>
      <w:pPr>
        <w:spacing w:before="0" w:after="120" w:line="276" w:lineRule="auto"/>
        <w:ind w:left="72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Сторона, не исполнившая обязанность по оплате своей доли, самостоятельно несёт ответственность перед управляющей организацией, региональными операторами и ресурсоснабжающими организациями, включая уплату пени.</w:t>
      </w:r>
    </w:p>
    <w:p>
      <w:pPr>
        <w:spacing w:before="0" w:after="120" w:line="276" w:lineRule="auto"/>
        <w:ind w:left="72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одна Сторона оплатила расходы, приходящиеся на долю другой Стороны, другая Сторона обязана возместить ей уплаченную сумму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со дня получения требования.</w:t>
      </w:r>
    </w:p>
    <w:p>
      <w:pPr>
        <w:spacing w:before="0" w:after="120" w:line="276" w:lineRule="auto"/>
        <w:ind w:left="72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Споры по настоящему соглашению Стороны решают путём переговоров, а при недостижении согласия — в суде по месту нахождения Квартиры.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Срок действия и изменение соглашения</w:t>
      </w:r>
    </w:p>
    <w:p>
      <w:pPr>
        <w:spacing w:before="0" w:after="120" w:line="276" w:lineRule="auto"/>
        <w:ind w:left="72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Соглашение вступает в силу с момента подписания и действует до изменения размера долей Сторон в праве собственности на Квартиру или до перехода права собственности на долю к другому лицу.</w:t>
      </w:r>
    </w:p>
    <w:p>
      <w:pPr>
        <w:spacing w:before="0" w:after="120" w:line="276" w:lineRule="auto"/>
        <w:ind w:left="72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Изменения и дополнения к соглашению действительны, если они совершены в письменной форме и подписаны обеими Сторонами.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Заключительные положения</w:t>
      </w:r>
    </w:p>
    <w:p>
      <w:pPr>
        <w:spacing w:before="0" w:after="120" w:line="276" w:lineRule="auto"/>
        <w:ind w:left="72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Соглашение составлено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экземплярах, имеющих равную юридическую силу: по одному для каждой Стороны и по одному для представления в организации, указанные в пункте 3.1.</w:t>
      </w:r>
    </w:p>
    <w:p>
      <w:pPr>
        <w:spacing w:before="0" w:after="120" w:line="276" w:lineRule="auto"/>
        <w:ind w:left="72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 всём, что не предусмотрено соглашением, Стороны руководствуются законодательством Российской Федерации.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7. Реквизиты и 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Собственник 1: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Собственник 2: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сособственниками квартиры о порядке и размере участия в оплате жилья и коммунальных услуг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