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(также от имени жителей дома)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бездомных собак и непринятие мер по их отлову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Обращаюсь от своего имени и от имени соседей, подписи которых приведены в листе подписей к настоящей жалобе.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[точное место: двор дома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сквер, территория школы или детского сада, остановка] постоянно находится стая бездомных собак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особей: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[приметы: размер, окрас, наличие или отсутствие бирок в ушах]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Собаки ночуют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[где: у теплотрассы, под лестницей подъезда, на территории гаражей]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течение дня не покидают двор.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Собаки ведут себя агрессивно: лают и бросаются на прохожих, преследуют детей по дороге в школу, нападают на домашних животных.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собаки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произошло, кто пострадал]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пострадавший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травмпункта]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полицию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второго случая]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Жители неоднократно подавали заявки на отлов: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подачи: по телефону горячей линии, через портал, письменно]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заявки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заявки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Отлов не проведён, собаки по-прежнему находятся по указанному адресу.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1 ст. 18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(далее – Закон № 498-ФЗ) мероприятия по обращению с животными без владельцев включают их отлов и передачу в приюты. На прежние места обитания могут быть возвращены только животные, не проявляющие немотивированной агрессивности. Собаки, о которых идёт речь, нападают на людей и животных, поэтому возвращению на прежнее место не подлежат.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ч. 2 ст. 18 Закона № 498-ФЗ животные с неснимаемыми и несмываемыми метками не подлежат отлову, за исключением животных, проявляющих немотивированную агрессивность в отношении других животных или человека. Поэтому наличие бирок у отдельных собак не освобождает от обязанности их отловить: агрессия подтверждается эпизодами, описанными выше, и обращениями пострадавших в медицинскую организацию и полицию.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Мероприятия по обращению с животными без владельцев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осуществляются в соответствии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закона субъекта РФ и порядка обращения с животными без владельцев]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Отлов по заявкам жителей выполняет исполнитель по муниципальному контракту, однако ранее поданные заявки не исполнены, и контроль за исполнением контракта не обеспечен.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подлежит обязательному рассмотрению с принятием мер к восстановлению нарушенных прав и письменным ответом по существу поставленных вопросов в течение 30 дней со дня регистрации (ст. 9, п. 1, 3 и 4 ч. 1 ст. 10, ч. 1 ст. 12 Федерального закона от 02.05.2006 № 59-ФЗ «О порядке рассмотрения обращений граждан Российской Федерации»). Присутствие агрессивной стаи создаёт угрозу жизни и здоровью жителей, в том числе детей.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18 Закона № 498-ФЗ, ст. 2, 4, 10 и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Организовать отлов бездомных собак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возвращать отловленных животных, проявляющих немотивированную агрессивность, на прежнее место обитания.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Сообщить, какая организация осуществляет отлов животных без владельцев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муниципальному контракту, и дату выезда по настоящей жалобе.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Проверить, почему не исполнены ранее поданные заявки на отлов, и принять меры к исполнителю контракта.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письменный ответ по существу каждого пункта в срок, установленный ст. 12 Федерального закона № 59-ФЗ, по адресу или электронной почте, указанным в жалобе.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видеозаписи собак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 или ссылка]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справок медицинской организации и талонов-уведомлений КУСП о нападениях собак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ранее поданных заявок на отлов или сведения об их номерах.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Лист подписей жителей.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Лист подписей жителей к жалобе на бездомных собак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364"/>
        <w:gridCol w:w="2533"/>
        <w:gridCol w:w="4092"/>
        <w:gridCol w:w="1364"/>
      </w:tblGrid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ФИО полностью</w:t>
            </w: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Адрес (дом, квартира)</w:t>
            </w:r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5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6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7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8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9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10</w:t>
            </w:r>
          </w:p>
        </w:tc>
        <w:tc>
          <w:tcPr>
            <w:tcW w:type="dxa" w:w="2534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40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4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Подписывая лист, жители дают согласие на обработку указанных персональных данных в целях рассмотрения настоящей жалобы.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администрацию на бездомных (бродячих) собак во дворе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