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Главе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 или района]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администрации]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Копия: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Госавтоинспекцию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МВД]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Заявители: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жители дома (домов)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жителей: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ответа: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КОЛЛЕКТИВНОЕ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установке искусственной неровности (лежачего полицейского)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Мы, жители дома (домов)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просим обеспечить безопасность пешеходов, прежде всего детей, на участке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улицы или внутриквартального проезда]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[ориентиры, например вдоль дома № 12 между въездом с ул. Лесной и подъездом №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от проезжей части на этом участке расположена детская игровая площадка, рядом находятся выходы из подъездов,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объекты: школа, детский сад, магазин, вход в парк]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Пешеходы, в том числе дети, постоянно пересекают проезд в этом месте. Тротуар вдоль проезда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[описание, например отсутствует или прерывается]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Проезд используется для сквозного движения транспорта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[куда, например для объезда перекрёстка ул. Лесной и ул. Садовой]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Водители значительно превышают безопасную скорость, видимость ограничена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например припаркованными автомобилями и кустарником]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На участке имеются асфальтовое покрытие и наружное освещение. Остановок общественного транспорта, подъездов к медицинским учреждениям, пожарным частям и стоянкам аварийных служб на этом участке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участке уже произошли опасные случаи: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[описание, например наезд на ребёнка на самокате]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[описание, например ребёнок выбежал на проезд из-за припаркованного автомобиля, водитель затормозил в последний момент]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со ст. 13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 дорожная деятельность и организация дорожного движения на автомобильных дорогах местного значения относятся к полномочиям органов местного самоуправления. Участок, о котором идёт речь, находится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12 Федерального закона от 10.12.1995 № 196-ФЗ «О безопасности дорожного движения» обязанность по обеспечению соответствия состояния дорог установленным требованиям безопасности дорожного движения возлагается на лиц, осуществляющих их содержание. Сквозное движение с превышением безопасной скорости рядом с детской площадкой и выходами из подъездов этим требованиям не отвечает.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Искусственная неровность является техническим средством организации дорожного движения, которое применяется для принудительного снижения скорости перед детскими площадками и местами скопления пешеходов. На участке есть асфальтовое покрытие и освещение и нет объектов, исключающих установку неровности (остановок общественного транспорта, подъездов к медицинским учреждениям, пожарным частям и стоянкам аварийных служб).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2, 4 и 12 Федерального закона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ПРОСИМ: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обследование указанного участка с участием представителей Госавтоинспекции.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Установить на участке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[ориентиры места установки, например напротив детской площадки у подъезда №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искусственную неровность с соответствующими дорожными знаками и разметкой, при необходимости внести изменения в проект организации дорожного движения.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вопрос об установке на участке знаков «Дети» и ограничения максимальной скорости.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принятом решении и сроках установки сообщить письменно представителю жителей по указанному адресу в срок, установленный ст. 12 Федерального закона № 59-ФЗ.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Схема участка с отметкой предлагаемого места установки, детской площадки, подъездов и иных объектов.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Видеозаписи движения транспорта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[носитель]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Подписной лист жителей.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 жителей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Подписной лист жителей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 коллективному заявлению об установке искусственной неровности на участке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улицы или проезда]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190"/>
        <w:gridCol w:w="2211"/>
        <w:gridCol w:w="3571"/>
        <w:gridCol w:w="1190"/>
        <w:gridCol w:w="1190"/>
      </w:tblGrid>
      <w:tr>
        <w:trPr>
          <w:cantSplit/>
        </w:trPr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221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ФИО полностью</w:t>
            </w:r>
          </w:p>
        </w:tc>
        <w:tc>
          <w:tcPr>
            <w:tcW w:type="dxa" w:w="357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Адрес (дом, квартира)</w:t>
            </w:r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Телефон</w:t>
            </w:r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2211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357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2211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357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2211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357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4</w:t>
            </w:r>
          </w:p>
        </w:tc>
        <w:tc>
          <w:tcPr>
            <w:tcW w:type="dxa" w:w="2211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357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5</w:t>
            </w:r>
          </w:p>
        </w:tc>
        <w:tc>
          <w:tcPr>
            <w:tcW w:type="dxa" w:w="2211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357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6</w:t>
            </w:r>
          </w:p>
        </w:tc>
        <w:tc>
          <w:tcPr>
            <w:tcW w:type="dxa" w:w="2211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357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7</w:t>
            </w:r>
          </w:p>
        </w:tc>
        <w:tc>
          <w:tcPr>
            <w:tcW w:type="dxa" w:w="2211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357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8</w:t>
            </w:r>
          </w:p>
        </w:tc>
        <w:tc>
          <w:tcPr>
            <w:tcW w:type="dxa" w:w="2211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357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9</w:t>
            </w:r>
          </w:p>
        </w:tc>
        <w:tc>
          <w:tcPr>
            <w:tcW w:type="dxa" w:w="2211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357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10</w:t>
            </w:r>
          </w:p>
        </w:tc>
        <w:tc>
          <w:tcPr>
            <w:tcW w:type="dxa" w:w="2211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</w:tc>
        <w:tc>
          <w:tcPr>
            <w:tcW w:type="dxa" w:w="357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Подписывая лист, жители дают согласие на обработку указанных персональных данных в целях рассмотрения настоящего заявления.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Коллективное заявление жителей об установке искусственной неровности (лежачего полицейского)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