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Заведующему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[полное наименование детского сада, например «МБДОУ "Детский сад № 15" города Иваново»]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заведующего]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детского сада]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Заявитель: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родителя полностью]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паспорт: серия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[серия]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выдан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[кем и когда выдан]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места жительства]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ЗАЯВЛЕНИЕ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 зачислении ребёнка в детский сад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Я,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родителя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являюсь родителем ребёнка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ребёнка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 ребёнка]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года рождения. Свидетельство о рождении: серия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[серия]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выдано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органа ЗАГС]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выдачи]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(запись акта о рождении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записи]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записи]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Ребёнок зарегистрирован по месту жительства и проживает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места жительства ребёнка]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Второй родитель: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второго родителя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выдачи направления]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управления (комитета, департамента) образования]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выдало направление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направления]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ваш детский сад. Направление выдано по заявлению о постановке на учёт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заявления]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Сведения для приёма: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Язык образования: русский, родной язык из числа языков народов Российской Федерации: русский.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Направленность группы: общеразвивающая.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Режим пребывания: полный день (12 часов).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Потребность в обучении по адаптированной образовательной программе и в создании специальных условий для ребёнка-инвалида: нет.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Желаемая дата приёма: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Правовое обоснование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Приём в государственные и муниципальные детские сады осуществляется по направлению органа управления образованием (ч. 4.1 ст. 67 Федерального закона от 29.12.2012 № 273-ФЗ «Об образовании в Российской Федерации»). Документы о приёме подаются в тот детский сад, в который выдано направление (п. 8 Порядка приёма на обучение по образовательным программам дошкольного образования, утв. приказом Минпросвещения России от 15.05.2020 № 236, далее – Порядок). Направление в ваш детский сад мне выдано.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Приём осуществляется по личному заявлению родителя. Заявление содержит все сведения, предусмотренные п. 9 Порядка, к нему приложены документы, перечисленные в этом пункте. Требовать иные документы для приёма не допускается (п. 11 Порядка).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После приёма полного комплекта документов детский сад заключает с родителем договор об образовании, а руководитель в течение трёх рабочих дней после заключения договора издаёт распорядительный акт о зачислении ребёнка (п. 14, 15 Порядка). В приёме может быть отказано только при отсутствии свободных мест (ч. 4 ст. 67 Федерального закона № 273-ФЗ, п. 5 Порядка).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 основании изложенного, руководствуясь ст. 53, 54, 67 Федерального закона № 273-ФЗ, п. 9, 14, 15 Порядка,</w:t>
      </w:r>
    </w:p>
    <w:p>
      <w:pPr>
        <w:keepNext/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8"/>
        </w:rPr>
        <w:t>ПРОШУ: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Зачислить моего ребёнка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ребёнка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 ребёнка]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года рождения,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[полное наименование детского сада]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группу общеразвивающей направленности с режимом пребывания полного дня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Заключить со мной договор об образовании по образовательным программам дошкольного образования.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Выдать мне документ, подтверждающий приём заявления, с указанием его индивидуального номера и перечня представленных документов (п. 12 Порядка).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 уставом детского сада, лицензией на осуществление образовательной деятельности, образовательными программами и другими документами, регламентирующими организацию и осуществление образовательной деятельности, права и обязанности воспитанников, ознакомлен(-а).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Даю согласие на обработку моих персональных данных и персональных данных моего ребёнка в объёме, необходимом для приёма и обучения ребёнка, в соответствии с Федеральным законом от 27.07.2006 № 152-ФЗ «О персональных данных».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Приложения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Копия паспорта заявителя.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Копия свидетельства о рождении ребёнка.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Копия свидетельства о регистрации ребёнка по месту жительства (по месту пребывания).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направления в детский сад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Копия СНИЛС ребёнка.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родителя о зачислении ребёнка в детский сад по направлению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