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турагентства, например ООО «Туристическое агентство»]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реестровый номер в реестре турагентов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туроператора]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реестровый номер в реестре туроператоров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денег за неоказанную туристскую услугу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заключения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заключил(-а) с вашим агентством договор о реализации туристского продукта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договору агентство обязалось забронировать у туроператора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туроператора]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передать мне туристский продукт: поездку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[страна, город, курорт]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туристов, проживание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отеля]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 питания]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авиаперелёт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[маршрут]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трансфер и медицинскую страховку. Цена тура по договору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полностью оплатил(-а) тур: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кассовыми чеками и банковскими документами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платёжных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Свои обязательства по договору я исполнил(-а)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Туристские услуги мне оказаны не были.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туроператор сообщил, что заявка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аннулирована, поскольку агентство не перечислило оплату за тур. Документы на поездку (ваучер, авиабилеты, страховой полис) мне не переданы. Поездка в согласованные даты не состоялась.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устно обратился(-ась) в агентство, однако деньги мне не вернули.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Турагент несёт ответственность перед туристом за неисполнение или ненадлежащее исполнение своих обязанностей по договору о реализации туристского продукта, в том числе обязанности передать туроператору полученные от туриста денежные средства (ст. 10.1 Федерального закона от 24.11.1996 № 132-ФЗ «Об основах туристской деятельности в Российской Федерации»). Туроператор и турагент самостоятельно отвечают перед туристом (ст. 9 Федерального закона № 132-ФЗ). Тур не состоялся из-за того, что агентство не исполнило обязанность по оплате бронирования.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исполнитель нарушил сроки оказания услуги, потребитель вправе отказаться от исполнения договора и потребовать полного возмещения убытков (п. 1 ст. 28 Закона РФ от 07.02.1992 № 2300-1 «О защите прав потребителей»). Последствия нарушения исполнителем сроков оказания услуг по договору о реализации туристского продукта определяются ст. 28, 31 Закона о защите прав потребителей (п. 27 Правил оказания услуг по реализации туристского продукта, утв. постановлением Правительства РФ от 13.05.2026 № 551). Настоящей претензией я отказываюсь от исполнения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возврате уплаченной за услугу суммы подлежит удовлетворению в течение 10 дней со дня его предъявления (п. 1 ст. 31 Закона о защите прав потребителей). За нарушение этого срока исполнитель уплачивает неустойку в размере 3 % цены услуги за каждый день просрочки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удовлетворении требований потребителя судом с исполнителя взыскивается компенсация морального вреда (ст. 15 Закона) и штраф в размере 50 % от присуждённой суммы за отказ удовлетворить требования добровольно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9, 10.1 Федерального закона № 132-ФЗ, ст. 28, 31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вернуть мне денежные средства, уплаченные по договору о реализации туристского продукта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[получатель, номер счёта, наименование банка,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неустойку за нарушение срока оказания услуги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из расчёта 3 % цены тура за каждый день просрочки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тура]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 претензии]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но не более цены тура (п. 5 ст. 28 Закона о защите прав потребителей).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срок, я обращусь в суд с иском о взыскании уплаченной суммы, неустойки, компенсации морального вреда, штрафа в размере 50 % от присуждённой суммы и судебных расходов, а также с жалобой в Роспотребнадзор.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 реализации туристского продукта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(платёжных документов) об оплате тура.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(сообщения) туроператора об аннулировании заявки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турагентство о возврате денег за несостоявшийся тур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