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[ООО «наименование исполнителя»]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исполнителя]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отказе от исполнения договора и возврате денежных средств за неоказанные услуги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заключения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между мной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[ООО «наименование исполнителя»]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заключён договор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договора, например: об оказании образовательных услуг]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Договор), по которому исполнитель обязался оказать мне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услуг: например, курс из 12 занятий по программе «наименование»]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а я – оплатить их.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Стоимость услуг по Договору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рублей. Я оплатил(-а) её полностью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оплаты]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оплаты: банковской картой через сайт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кассовым чеком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дату подписания настоящего заявления мне фактически оказаны услуги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именно оказано, например: проведено 3 занятия из 12 по цене 2 000 рублей за занятие согласно п.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Договора]. Остальные услуги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 не оказаны.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 отказываюсь от дальнейшего исполнения Договора и прошу вернуть мне денежные средства за неоказанные услуги.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со статьёй 32 Закона РФ от 07.02.1992 № 2300-1 «О защите прав потребителей» (далее – Закон о защите прав потребителей) и пунктом 1 статьи 782 Гражданского кодекса РФ потребитель вправе отказаться от исполнения договора об оказании услуг в любое время при условии оплаты исполнителю фактически понесённых им расходов, связанных с исполнением обязательств по договору. Обязанность доказать размер таких расходов лежит на исполнителе.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пункту 1 статьи 450.1 Гражданского кодекса РФ Договор считается расторгнутым с момента получения исполнителем настоящего заявления.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Условия Договора, ограничивающие моё право на отказ от договора и возврат уплаченных денежных средств, в том числе о невозвратности предоплаты или о штрафе за отказ, ущемляют права потребителя и являются недействительными в силу пункта 1 статьи 16 Закона о защите прав потребителей.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Поскольку срок возврата денежных средств при отказе от договора законом не установлен, обязательство подлежит исполнению в течение семи дней со дня предъявления требования (пункт 2 статьи 314 Гражданского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невозврата денежных средств в указанный срок я буду вынужден(-а) обратиться в суд с требованиями о взыскании уплаченной суммы, процентов за пользование чужими денежными средствами по статье 395 Гражданского кодекса РФ, компенсации морального вреда по статье 15 Закона о защите прав потребителей, штрафа в размере 50% от присуждённой суммы по пункту 6 статьи 13 Закона о защите прав потребителей, а также судебных расходов.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16, 32 Закона о защите прав потребителей, статьями 314, 450.1, 782 Гражданского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Считать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расторгнутым с даты получения настоящего заявления.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Вернуть мне денежные средства за неоказанные услуги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в течение семи дней со дня получения настоящего заявления, перечислив их по следующим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корреспондентский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исполнитель полагает, что понёс фактические расходы, связанные с исполнением Договора, сверх стоимости оказанных услуг, представить мне их письменный расчёт с копиями подтверждающих документов.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 на заявление направить мне по адресу, указанному выше, и на электронную почту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кассового чека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[документа, подтверждающего объём оказанных услуг, например: расписания занятий]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договора и возврате денег за неоказанную услугу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