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Отделение Фонда пенсионного и социального страхования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клиентской службы]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проживания: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доставке пенсии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получателем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пенсии, например: страховой пенсии по старости]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назначения]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также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выплаты, например: ежемесячной денежной выплаты]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настоящее время пенсия доставляется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[текущий способ доставки]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почтового отделения или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 и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желаю получать пенсию и все иные выплаты, которые осуществляет Фонд пенсионного и социального страхования Российской Федерации, путём зачисления на мой счёт в кредитной организации. Причина изменения: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[причина, например закрытие отделения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Реквизиты для зачисления: кредитная организация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подразделение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 адрес отделения]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[9 цифр]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корреспондентский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[20 цифр]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ИНН банка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[10 цифр]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номер счёта получателя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[20 цифр]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владелец счёта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Счёт открыт на моё имя. Если к счёту выпущена банковская карта, она является национальным платёжным инструментом – картой «Мир».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доставка пенсии на указанный счёт станет невозможной в связи с его закрытием, ликвидацией кредитной организации или отзывом у неё лицензии, прошу доставлять пенсию через организацию почтовой связи путём вручения на дому по адресу проживания, указанному в заявлении, до подачи мною нового заявления.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ч. 13 ст. 21 Федерального закона от 28.12.2013 № 400-ФЗ «О страховых пенсиях» доставка страховой пенсии производится по желанию пенсионера через кредитную организацию путём зачисления на счёт пенсионера либо через организацию федеральной почтовой связи. Я выбираю доставку через указанную выше кредитную организацию.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2 ст. 21 Федерального закона № 400-ФЗ граждане вправе обращаться с заявлениями о выплате и доставке страховой пенсии непосредственно в орган, осуществляющий пенсионное обеспечение, или в многофункциональный центр. Фиксированная выплата к страховой пенсии доставляется одновременно с пенсией через организацию, доставляющую пенсию (ч. 22 ст. 21 того же Федерального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п. 27 Правил выплаты пенсий, утверждённых приказом Минтруда России от 05.08.2021 № 545н, пенсионер вправе выбрать организацию, осуществляющую доставку пенсии, и уведомить об этом территориальный орган путём подачи заявления о доставке пенсии. Согласно п. 133 тех же Правил при переходе из одной кредитной организации в другую по просьбе пенсионера сохраняется прежняя дата доставки.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21 Федерального закона № 400-ФЗ, пп. 27 и 133 Правил выплаты пенсий,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Доставлять назначенную мне пенсию и иные выплаты путём зачисления на мой счёт в кредитной организации по реквизитам, указанным в заявлении, начиная с месяца, следующего за месяцем подачи заявления.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Прекратить доставку пенсии прежним способом с того же месяца, сохранив прежнюю дату доставки пенсии.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(направить) мне уведомление о приёме заявления с указанием даты его регистрации, а о результате рассмотрения сообщить по телефону или электронной почте, указанным в заявлении.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СНИЛС.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Реквизиты счёта для зачисления пенсии, выданные кредитной организацией.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СФР о доставке пенсии на счёт в банке (смена способа доставки)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