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краткосрочного найма квартиры (посуточно)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наймодателя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«Наймодатель»,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«Наниматель»,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Наймодатель предоставляет Нанимателю за плату во владение и пользование для временного проживания жилое помещение — квартиру (далее — Квартира):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Количество комнат: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этаж: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принадлежит Наймодателю на праве собственности, что подтверждается выпиской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Нанимателем в Квартире проживают: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год рождения каждого проживающего]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Общее число проживающих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передаётся с мебелью, бытовой техникой и другим имуществом согласно описи, которая содержится в акте приёма-передачи (Приложение № 1). Квартира оборудована индивидуальными приборами учёта коммунальных ресурсов: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[вода, электроэнергия, газ]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 найма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найма: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является договором краткосрочного найма (пункт 2 статьи 683 Гражданского кодекса РФ). Поднаём Квартиры, вселение временных жильцов и иных лиц, не указанных в пункте 1.3 договора, не допускаются. Преимущественного права на заключение договора на новый срок у Нанимателя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Продление срока найма возможно по договорённости Сторон при отсутствии других бронирований. Продление подтверждается перепиской Сторон и оплатой дополнительных суток.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Плата и обеспечительный платёж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наём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сутки. Общая плата за весь срок найма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плату включены коммунальные услуги, пользование интернетом, комплект постельного белья и полотенец на каждого проживающего и уборка Квартиры перед заселением.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вносит плату за весь срок найма в день заселения до передачи ключей наличными денежными средствами или переводом на банковский счёт Наймодателя по реквизитам, указанным в разделе 9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Одновременно с платой Наниматель вносит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в обеспечение обязательств по сохранности Квартиры и имущества и по оплате (статья 381.1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Обеспечительный платёж возвращается Нанимателю в день выезда после осмотра Квартиры. При повреждении или утрате имущества, при неоплате дополнительного времени проживания из обеспечительного платежа удерживается соответствующая сумма с указанием её расчёта в акте приёма-передачи. Если ущерб превышает сумму обеспечительного платежа, Наниматель доплачивает разницу.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Поздний выезд согласовывается с Наймодателем заранее. За каждый полный или неполный час проживания после времени выезда Наниматель доплачивает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а при выезде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плату за полные сутки.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Передача и возврат Квартиры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Наймодатель передаёт Нанимателю Квартиру,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комплекта ключей и имущество по акту приёма-передачи в момент заселения. Наниматель предъявляет Наймодателю паспорт каждого проживающего.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выезде Наниматель возвращает Квартиру, ключи и имущество в состоянии, в котором их получил, с учётом нормального износа. Возврат отмечается в том же акте.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Наймодателя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Наймодатель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Передать Квартиру в чистом состоянии, пригодном для проживания, с исправными сантехникой, электрооборудованием и бытовой техникой.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Нанимателя с правилами пользования Квартирой и бытовой техникой.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Устранять аварии и неисправности, возникшие не по вине Нанимателя.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Быть на связи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всего срока найма.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Наймодатель не вправе входить в Квартиру в течение срока найма без согласия Нанимателя, кроме случаев аварии, пожара и других обстоятельств, угрожающих жизни, здоровью или имуществу.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Права и обязанности Нанимателя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Использовать Квартиру только для проживания.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Бережно относиться к Квартире и имуществу, соблюдать правила пользования жилыми помещениями, правила пожарной безопасности и санитарные требования.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Соблюдать права и законные интересы соседей, не допускать шума в ночное время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проводить в Квартире вечеринок и мероприятий, не курить в Квартире и на балконе.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содержать в Квартире животных без письменного согласия Наймодателя.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передавать ключи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Немедленно сообщать Наймодателю об авариях, поломках и иных неисправностях.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выезде выключить электроприборы, закрыть воду, окна и входную дверь.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Наниматель вправе досрочно освободить Квартиру, предупредив Наймодателя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часов. Плата за неиспользованные полные сутки возвращается Нанимателю в день выезда.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возмещает Наймодателю ущерб, причинённый Квартире, имуществу, а также имуществу соседей и общему имуществу многоквартирного дома по вине Нанимателя и проживающих с ним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Наймодатель не предоставил Квартиру в согласованную дату или Квартира непригодна для проживания, он возвращает Нанимателю всю полученную плату и обеспечительный платёж и возмещает причинённые убытки.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грубом или систематическом нарушении Нанимателем обязанностей, предусмотренных пунктом 6.1 договора, договор может быть расторгнут в порядке, предусмотренном статьёй 687 Гражданского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Наймодатель не отвечает за сохранность ценных вещей и денег Нанимателя, оставленных в Квартире.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окончания срока найма и выполнения Сторонами обязательств по расчётам.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Сообщения Сторон по телефону и в мессенджере по номерам из раздела 9 признаются надлежащими уведомлениями.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Наниматель даёт согласие на обработку его персональных данных в объёме, необходимом для исполнения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из Сторон. Приложение № 1 — акт приёма-передачи Квартиры с описью имущества.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Наймодатель: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Наймодатель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Наниматель: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квартиры с описью имущества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наймодателя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«Наймодатель»,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нанимателя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«Наниматель»,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Наймодатель передал, а Наниматель принял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комплекта ключей. Квартира чистая, сантехника, электрооборудование и бытовая техника исправны.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Квартире находится следующее имущество: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Мебель: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 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Бытовая техника: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марки]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Посуда и кухонные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Постельное бельё и полотенца: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комплектов]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Иное 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Видимые недостатки Квартиры и имущества на момент передачи: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наём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и обеспечительный платёж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получены Наймодателем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Наймодатель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Возврат Квартиры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Квартира, ключи и имущество возвращены Нанимателем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Повреждения и недостача имущества: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Удержано из обеспечительного платежа: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основание: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[расчёт]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Возвращено Нанимателю: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Наймодатель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Наниматель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посуточного (краткосрочного) найма квартиры между физлицами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