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ДОГОВОР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аренды бытовой техники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именуемый(ая) в дальнейшем «Арендодатель»,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именуемый(ая) в дальнейшем «Арендатор»,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заключили настоящий договор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Предмет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Арендодатель передаёт Арендатору за плату во временное владение и пользование следующую бытовую технику (далее — Техника):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серийный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год выпуска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оценочная стоимость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серийный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год выпуска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оценочная стоимость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Общая оценочная стоимость Техники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 Стороны согласовали эту оценку для расчёта возмещения в случае утраты или неустранимого повреждения Техники.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Техника принадлежит Арендодателю на праве собственности,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 о покупке Техники]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Техника не продана, не заложена, не арестована и не передана в пользование третьим лицам.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Техника передаётся для личных бытовых нужд Арендатора и используется только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использования]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Перемещение Техники по другому адресу допускается с письменного согласия Арендодателя, в том числе выраженного в сообщении в мессенджере.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момент заключения договора Техника исправна, пригодна для использования по назначению и имеет следующие видимые недостатки, не влияющие на её работу: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царапин, сколов, потёртостей]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Состояние Техники фиксируется в акте приёма-передачи.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Срок аренды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Техника передаётся в аренду на срок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включительно.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Арендатор продолжает пользоваться Техникой после окончания срока аренды и Арендодатель не возражает, договор считается возобновлённым на тех же условиях на неопределённый срок (пункт 2 статьи 621 ГК РФ). В этом случае каждая из сторон вправе отказаться от договора, письменно предупредив другую сторону не менее чем за 10 календарных дней.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Передача и возврат Техники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Арендодатель передаёт Технику Арендатору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акту приёма-передачи (Приложение № 1). Вместе с Техникой передаются принадлежности (шланги, кабели, крепёж, пульты) и документы: инструкция по эксплуатации и гарантийный талон, если он есть.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передаче стороны осматривают Технику и проверяют её работу. Все выявленные недостатки указываются в акте приёма-передачи. Недостатки, не отражённые в акте, считаются возникшими после передачи, если не будет доказано иное.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Доставку, подъём, установку и подключение Техники к электросети, водопроводу и канализации Арендатор обеспечивает своими силами и за свой счёт. Подключение Техники, требующей присоединения к инженерным сетям, выполняется с соблюдением инструкции производителя.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окончании срока аренды или при досрочном прекращении договора Арендатор возвращает Технику Арендодателю в день прекращения договора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возврата]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акту возврата (Приложение № 2). Техника возвращается в исправном и чистом состоянии, в котором была получена, с учётом нормального износа, со всеми принадлежностями и документами.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Демонтаж и доставку Техники при возврате Арендатор обеспечивает своими силами и за свой счёт.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Арендная плата и обеспечительный платёж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Арендная плата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 за один календарный месяц аренды за всю Технику. Арендная плата за неполный месяц рассчитывается пропорционально количеству дней пользования.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Арендная плата за первый месяц вносится при подписании акта приёма-передачи. Далее Арендатор вносит арендную плату ежемесячно вперёд,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числа каждого месяца аренды.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Оплата производится переводом на банковскую карту Арендодателя по номеру телефона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либо наличными под расписку Арендодателя. Днём оплаты считается день поступления денег Арендодателю.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обеспечение обязательств Арендатора по внесению арендной платы, возврату Техники и возмещению ущерба Арендатор при подписании акта приёма-передачи вносит обеспечительный платёж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 (статья 381.1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Обеспечительный платёж возвращается Арендатору в течение 3 календарных дней после возврата Техники по акту. Из обеспечительного платежа Арендодатель вправе удержать задолженность по арендной плате и стоимость устранения повреждений, зафиксированных в акте возврата, с указанием удержанных сумм в акте возврата.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Изменение размера арендной платы в течение срока аренды допускается только по соглашению сторон, оформленному в письменной форме.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Права и обязанности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Арендодатель обязуется: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Передать Технику в исправном состоянии, с принадлежностями и документами, в срок, указанный в пункте 3.1 договора.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свой счёт устранять неисправности Техники, возникшие не по вине Арендатора,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 с момента получения сообщения о неисправности либо в тот же срок заменить Технику на аналогичную исправную.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препятствовать Арендатору в пользовании Техникой в течение срока аренды.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Арендатор обязуется: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Использовать Технику по назначению, в соответствии с инструкцией производителя и только для личных бытовых нужд.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Поддерживать Технику в исправном и чистом состоянии, за свой счёт выполнять текущее обслуживание: чистку фильтров, удаление накипи, размораживание, замену расходных материалов.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разбирать и не ремонтировать Технику самостоятельно и не передавать её в ремонт без согласия Арендодателя.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 Арендодателю о неисправности, поломке или утрате Техники в течение одного дня с момента, когда об этом стало известно.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сдавать Технику в субаренду и не передавать её третьим лицам.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Обеспечить Арендодателю возможность осмотра Техники в согласованное сторонами время, но не чаще одного раза в месяц.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Своевременно вносить арендную плату и вернуть Технику в срок.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в период аренды возникла неисправность, препятствующая пользованию Техникой, и произошла она не по вине Арендатора, арендная плата за время, когда Техника не работала, не начисляется.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Ответственность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 просрочку внесения арендной платы Арендатор уплачивает Арендодателю неустойку в размере 0,1 % от неоплаченной суммы за каждый день просрочки.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несвоевременном возврате Техники Арендатор вносит арендную плату за всё время просрочки исходя из размера, установленного пунктом 4.1 договора (статья 622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Арендатор возмещает Арендодателю стоимость ремонта Техники, повреждённой по вине Арендатора или лиц, проживающих вместе с ним. Стоимость ремонта подтверждается документами сервисного центра. При утрате Техники или повреждении, исключающем ремонт, Арендатор возмещает её оценочную стоимость, указанную в пункте 1.1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Арендатор отвечает перед третьими лицами за вред, причинённый вследствие неправильного подключения или эксплуатации Техники, в том числе за залив соседних помещений.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Арендодатель не отвечает за недостатки Техники, которые указаны в акте приёма-передачи или были известны Арендатору при заключении договора.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Изменение и прекращение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Изменения и дополнения к договору действительны, если они совершены в письменной форме и подписаны обеими сторонами.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Арендатор вправе в любое время отказаться от договора, предупредив Арендодателя не менее чем за 7 календарных дней и вернув Технику по акту. Арендная плата за оставшиеся полные дни, оплаченные вперёд, возвращается Арендатору вместе с обеспечительным платежом.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Арендодатель вправе отказаться от договора, если Арендатор более двух раз подряд не внёс арендную плату в срок, передал Технику третьим лицам или использует её с нарушением пункта 5.2 договора. Отказ оформляется письменным уведомлением, в котором указывается срок возврата Техники, не менее 3 календарных дней.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8.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Уведомления и сообщения по договору направляются сторонами в письменной форме лично под подпись либо в мессенджере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мессенджера]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номерам телефонов, указанным в разделе 9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Споры разрешаются путём переговоров, а при недостижении согласия — в суде. Срок ответа на претензию — 10 календарных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вступает в силу с момента подписания и действует до полного исполнения сторонами своих обязательств.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Приложения к договору, являющиеся его неотъемлемой частью: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Приложение № 1 — акт приёма-передачи Техники.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Приложение № 2 — акт возврата Техники.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9. Адреса, реквизиты и 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Арендодатель: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Арендодатель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Арендатор: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Арендатор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pageBreakBefore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Приложение № 1 к договору аренды бытовой техники № [номер] от 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приёма-передачи бытовой техники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Арендодателя]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именуемый(ая) в дальнейшем «Арендодатель»,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Арендатора]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именуемый(ая) в дальнейшем «Арендатор», составили настоящий акт о следующем.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Арендодатель передал, а Арендатор принял во временное владение и пользование следующую Технику: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серийный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состояние: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состояния и видимых недостатков]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серийный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состояние: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состояния и видимых недостатков]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 Техникой переданы принадлежности и документы: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принадлежностей, инструкция по эксплуатации, гарантийный талон]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Техника осмотрена и проверена в работе в присутствии Арендатора. Иных недостатков, кроме указанных выше, не обнаружено.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Арендодатель получил от Арендатора арендную плату за первый месяц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и обеспечительный платёж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Акт составлен в двух экземплярах, по одному для каждой из сторон.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Арендодатель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Арендатор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pageBreakBefore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Приложение № 2 к договору аренды бытовой техники № [номер] от 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возврата бытовой техники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Арендатора]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именуемый(ая) в дальнейшем «Арендатор»,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Арендодателя]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именуемый(ая) в дальнейшем «Арендодатель», составили настоящий акт о следующем.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Арендатор возвратил, а Арендодатель принял Технику, переданную по договору аренды бытовой техники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Техники с серийными номерами]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Техника возвращена с принадлежностями и документами, указанными в акте приёма-передачи. Техника осмотрена и проверена в работе в присутствии обеих сторон. Состояние Техники: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состояния Техники и выявленных повреждений]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Задолженность Арендатора по арендной плате на дату возврата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 Стоимость устранения повреждений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Арендодатель возвратил Арендатору обеспечительный платёж за вычетом сумм, указанных выше,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Акт составлен в двух экземплярах, по одному для каждой из сторон.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Арендатор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Арендодатель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бытовой техники между физическими 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