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ДОГОВОР № [НОМЕР]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купли-продажи бытовой техники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именуемый(ая) в дальнейшем «Продавец», с одной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именуемый(ая) в дальнейшем «Покупатель», с другой стороны,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заключили настоящий договор о нижеследующем.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1. Предмет договора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Продавец передаёт в собственность Покупателя, а Покупатель принимает и оплачивает следующую бытовую технику, бывшую в употреблении (далее — Товар):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[наименование, 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серийный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год выпуска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цена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[наименование, 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серийный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год выпуска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цена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Товар принадлежит Продавцу на праве собственности,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 о покупке Товара]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Продавец гарантирует, что Товар не продан, не заложен, не находится под арестом, не является предметом спора и не обременён правами третьих лиц.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Товар был в употреблении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года. Продавец сообщил Покупателю о следующих ремонтах Товара: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выполненных ремонтов и заменённых деталей]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Товар находится в рабочем состоянии и имеет следующие недостатки, о которых Продавец сообщил Покупателю до заключения договора: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недостатков: царапины, сколы, вмятины, неработающие функции и режимы]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2. Цена и порядок расчётов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Общая цена Товара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рублей. Цена окончательная и изменению не подлежит.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Покупатель оплачивает Товар полностью в день его передачи, до подписания акта приёма-передачи, наличными или переводом на банковскую карту Продавца по номеру телефона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Получение денег Продавец подтверждает подписью в акте приёма-передачи.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3. Передача Товара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Продавец передаёт Товар Покупателю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передачи]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передачи]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акту приёма-передачи (Приложение № 1).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Вместе с Товаром Продавец передаёт его принадлежности (шланги, кабели, пульты, полки, крепёж) и документы: инструкцию по эксплуатации, гарантийный талон и кассовый чек, если они сохранились.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 передачи Продавец за свой счёт отключает Товар от электросети, водопровода и канализации. Вынос, погрузку и перевозку Товара Покупатель обеспечивает своими силами и за свой счёт.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Право собственности на Товар и риск его случайной гибели или повреждения переходят к Покупателю с момента подписания акта приёма-передачи.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4. Качество Товара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Покупатель уведомлён, что Товар был в употреблении, имеет естественный износ и недостатки, указанные в пункте 1.4 договора. Цена Товара определена с учётом его состояния.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Перед подписанием акта приёма-передачи Покупатель осматривает Товар и проверяет его работу в присутствии Продавца во всех основных режимах.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Продавец не отвечает за недостатки, указанные в пункте 1.4 договора, и за недостатки, которые могли быть обнаружены при обычном осмотре и проверке работы Товара.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Продавец отвечает за скрытые недостатки Товара, если Покупатель докажет, что они возникли до передачи Товара или по причинам, возникшим до этого момента (статья 476 ГК РФ). Требования, связанные с такими недостатками, Покупатель вправе предъявить в сроки, предусмотренные статьёй 477 ГК РФ.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Гарантийный срок Продавцом не устанавливается. Если на Товар продолжает действовать гарантия изготовителя, Продавец передаёт Покупателю гарантийный талон и кассовый чек.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5. Права и обязанности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Продавец обязуется: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Передать Товар в состоянии, в котором он находился при осмотре Покупателем, с принадлежностями и документами.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Сообщить Покупателю обо всех известных ему недостатках Товара и выполненных ремонтах.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Принять оплату и подтвердить её получение.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Покупатель обязуется: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Осмотреть и проверить Товар при передаче.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Оплатить Товар в порядке и в срок, установленные разделом 2 договора.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Принять Товар и вывезти его в день передачи.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6. Ответственность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Товар изъят у Покупателя третьими лицами по основаниям, возникшим до передачи Товара, Продавец возвращает Покупателю уплаченную цену и возмещает причинённые убытки (статья 461 ГК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Продавец не передал Товар в срок, Покупатель вправе отказаться от договора и потребовать возврата уплаченных денег.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Продавец скрыл известные ему недостатки Товара, Покупатель вправе потребовать соразмерного уменьшения цены, возмещения расходов на устранение недостатков либо, при существенных недостатках, возврата уплаченной суммы в обмен на возврат Товара (статья 475 ГК РФ).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7. Заключительные положения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Договор вступает в силу с момента подписания и действует до полного исполнения сторонами своих обязательств.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Споры разрешаются путём переговоров, а при недостижении согласия — в суде. Срок ответа на претензию — 10 календарных дней.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Договор составлен в двух экземплярах, имеющих одинаковую юридическую силу, по одному для каждой из сторон.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Приложение № 1 (акт приёма-передачи Товара) является неотъемлемой частью договора.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8. Адреса, реквизиты и подписи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Продавец: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Продавец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Покупатель: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Покупатель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keepNext/>
        <w:pageBreakBefore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Приложение № 1 к договору купли-продажи бытовой техники № [номер] от [дата]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АКТ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приёма-передачи бытовой техники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Продавца]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именуемый(ая) в дальнейшем «Продавец»,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Покупателя]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именуемый(ая) в дальнейшем «Покупатель», составили настоящий акт о следующем.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Продавец передал, а Покупатель принял следующий Товар: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[наименование, 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серийный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состояние: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состояния и видимых недостатков]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[наименование, 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серийный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состояние: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состояния и видимых недостатков]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Вместе с Товаром переданы принадлежности и документы: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принадлежностей и документов]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Покупатель осмотрел Товар и проверил его работу в присутствии Продавца. Товар включается и работает во всех основных режимах. Иных недостатков, кроме указанных выше и в пункте 1.4 договора, не обнаружено.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Продавец получил от Покупателя оплату за Товар в полном размере: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рублей. Претензий по расчётам Продавец не имеет.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Акт составлен в двух экземплярах, по одному для каждой из сторон.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Продавец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Покупатель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бывшей в употреблении бытовой техники между физическими лицами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