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ДОГОВОР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подряда на строительство бани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 или населённый пункт]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заказчика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именуемый(ая) в дальнейшем «Заказчик»,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подрядчика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именуемый(ая) в дальнейшем «Подрядчик», с другой стороны, вместе именуемые «Стороны»,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заключили настоящий договор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Подрядчик обязуется своими силами и из своих материалов построить баню на земельном участке Заказчика и сдать результат работ Заказчику, а Заказчик обязуется принять результат работ и оплатить его.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Баня: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[конструкция и материал стен]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наружные размеры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[длина × ширина]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м, площадь застройки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этаж(а), с помещениями: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[парная, моечная, комната отдыха, тамбур]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«Баня»).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строительства: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принадлежащий Заказчику на праве собственности. Точное место размещения Бани и расстояния до границ участка и соседних построек Стороны обозначают на схеме участка, которая подписывается ими и является частью Приложения № 1.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Состав и объём работ, характеристики конструкций и материалов определены в техническом задании и смете (Приложение № 1). Работы, не указанные в Приложении № 1, выполняются по дополнительному соглашению Сторон.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Баня строится как вспомогательная постройка для личных нужд Заказчика. Подрядчик размещает Баню с соблюдением отступов от границ участка и строений, установленных правилами землепользования и застройки и требованиями пожарной безопасности.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Сроки выполнения работ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Начало работ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Окончание работ —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Работы выполняются в три этапа: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Этап 1 — фундамент: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Этап 2 — стены, перекрытия и кровля: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Этап 3 — утепление, внутренняя отделка, печь, дымоход, окна, двери и электропроводка: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Срок продлевается на время, в течение которого Подрядчик не мог выполнять работы из-за непредоставления Заказчиком доступа на участок или задержки оплаты, если Подрядчик письменно уведомил об этом Заказчика.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Цена и порядок оплаты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работ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и включает стоимость материалов, их доставку, работу, использование техники и инструмента, вывоз строительного мусора.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Смета (Приложение № 1) является твёрдой. Подрядчик не вправе требовать увеличения цены, в том числе при росте стоимости материалов, за исключением случаев, когда Заказчик поручил дополнительные работы по письменному соглашению.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Оплата производится в следующем порядке: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Аванс на закупку материалов фундамента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подписания договора.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—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подписания акта о приёмке этапа 1.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—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подписания акта о приёмке этапа 2.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Окончательный расчёт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—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подписания итогового акта сдачи-приёмки Бани.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Оплата производится переводом на банковский счёт Подрядчика по реквизитам, указанным в разделе 11 договора. Получение наличных денег Подрядчик подтверждает распиской.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Материалы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Подрядчик закупает материалы, указанные в смете, и отвечает за их качество. Материалы должны быть новыми и соответствовать указанным в смете маркам, сечениям и сортам. Древесина для стен и перекрытий поставляется камерной сушки и с антисептической обработкой.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требованию Заказчика Подрядчик предъявляет документы на материалы: накладные, чеки, сертификаты или декларации соответствия.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Замена материалов на другие допускается только с письменного согласия Заказчика.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Риск случайной гибели или повреждения материалов и незаконченной Бани до её приёмки Заказчиком несёт Подрядчик.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Остатки материалов после окончания работ передаются Заказчику без доплаты.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Обязанности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Подрядчик обязан: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Выполнить работы качественно, в соответствии с техническим заданием, строительными нормами и правилами, в том числе по пожарной безопасности при монтаже печи и дымохода.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Соблюдать сроки этапов и окончания работ.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Без согласия Заказчика не привлекать к работам третьих лиц.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Немедленно предупредить Заказчика и приостановить работы, если обнаружит обстоятельства, угрожающие прочности Бани или делающие невозможным выполнение работ в срок (статья 716 Гражданского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Соблюдать тишину и порядок в садоводческом товариществе или населённом пункте, не повреждать насаждения и постройки Заказчика и соседей.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Убрать строительный мусор с участка до подписания итогового акта.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Заказчик обязан: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Обеспечить Подрядчику доступ на участок в дни и часы работ и указать место для складирования материалов.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Предоставить возможность подключения к электросети участка на время работ, оплачивая потреблённую электроэнергию.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Своевременно принимать и оплачивать работы.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Заказчик вправе в любое время проверять ход и качество работ, не вмешиваясь в деятельность Подрядчика.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Сдача и приёмка работ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 готовности этапа или Бани в целом Подрядчик уведомляет Заказчика не менее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дня по телефону или в мессенджере, указанным в разделе 11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Заказчик с участием Подрядчика осматривает результат работ и подписывает акт о приёмке этапа или итоговый акт сдачи-приёмки (Приложение № 2).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обнаружении недостатков Стороны составляют акт с их перечнем и сроком устранения. Подрядчик устраняет недостатки за свой счёт, после чего работы предъявляются к приёмке повторно.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Заказчик, принявший работы без проверки, не лишается права ссылаться на недостатки, которые не могли быть обнаружены при обычном способе приёмки (скрытые недостатки).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Гарантии качества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Подрядчик гарантирует качество работ и материалов. Гарантийный срок на Баню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 со дня подписания итогового акта сдачи-приёмки.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Недостатки, выявленные в течение гарантийного срока, Подрядчик устраняет за свой счёт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со дня получения уведомления Заказчика, если не докажет, что они возникли из-за нарушения Заказчиком правил эксплуатации Бани.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Гарантия не распространяется на естественную усадку деревянного сруба в пределах значений, указанных в техническом задании, и на последствия перетопа печи.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8. Ответственность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нарушение срока окончания работ Подрядчик уплачивает Заказчику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процента от цены работ за каждый день просрочки.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нарушение срока оплаты Заказчик уплачивает Подрядчику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процента от неоплаченной суммы за каждый день просрочки.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Подрядчик возмещает ущерб, причинённый при выполнении работ имуществу Заказчика и третьих лиц.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Уплата неустойки не освобождает Стороны от исполнения обязательств и возмещения убытков.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9. Изменение и расторжение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Заказчик вправе в любое время до сдачи ему результата работ отказаться от договора, уплатив Подрядчику часть цены пропорционально выполненным работам и возместив стоимость закупленных для Бани материалов, которые передаются Заказчику (статья 717 Гражданского кодекса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Подрядчик не приступил к работам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после установленного срока начала или выполняет их настолько медленно, что окончание в срок явно невозможно, Заказчик вправе отказаться от договора и потребовать возврата неотработанного аванса и возмещения убытков (статья 715 Гражданского кодекса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Отказ от договора оформляется письменным уведомлением. Договор считается расторгнутым со дня получения уведомления другой Стороной. Неотработанный аванс возвращается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10.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вступает в силу с момента подписания и действует до полного исполнения Сторонами своих обязательств.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Споры Стороны урегулируют путём переговоров и письменной претензии со сроком ответа 10 (десять) календарных дней, а при недостижении согласия передают в суд в соответствии с законодательством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Изменения к договору, в том числе о дополнительных работах и изменении цены, действительны в письменной форме за подписью обеих Сторон. Переписка в мессенджере по номерам телефонов из раздела 11 используется для оперативных уведомлений.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составлен в двух экземплярах, по одному для каждой Стороны.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Приложения к договору: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Приложение № 1 — техническое задание, смета и схема размещения Бани.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Приложение № 2 — форма акта сдачи-приёмки работ.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11. Адреса, реквизиты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Заказчик: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Заказчик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Подрядчик: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для оплаты: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счёта, банк, 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Подрядчик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Приложение № 1 к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ТЕХНИЧЕСКОЕ ЗАДАНИЕ И СМЕТА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строительство бани</w:t>
      </w:r>
    </w:p>
    <w:p>
      <w:pPr>
        <w:keepNext/>
        <w:spacing w:before="12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Техническое задание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Тип и размеры: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[конструкция бани]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наружные размеры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[длина × ширина]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м, высота помещений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[высота]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Фундамент: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[тип фундамента и его параметры]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Стены: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[материал, сечение бруса или толщина каркаса, утеплитель и его толщина]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допустимая усадка сруба —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[величина]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Перекрытия и пол: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[материал лаг, утепление, пол в моечной со сливом в [место отвода воды]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Кровля: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[тип кровли, кровельный материал, утепление, пароизоляция]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Помещения и отделка: парная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[материал отделки, полки]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моечная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[отделка]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комната отдыха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[отделка]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Печь и дымоход: печь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 и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дымоход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[тип, материал]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разделка и защита сгораемых конструкций по инструкции производителя печи.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Окна, двери и электропроводка: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и размеры окон и дверей, количество светильников и розеток]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светильники в парной — термостойкие.</w:t>
      </w:r>
    </w:p>
    <w:p>
      <w:pPr>
        <w:keepNext/>
        <w:spacing w:before="12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Смета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Фундамент: материалы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работы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Стены, перекрытия, кровля: материалы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работы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Утепление и внутренняя отделка: материалы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работы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Печь, дымоход, окна, двери, электропроводка: материалы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работы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Доставка материалов и вывоз мусора: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Итого: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Заказчик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     Подрядчик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Приложение № 2 к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сдачи-приёмки работ по строительству бани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 или населённый пункт]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заказчика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«Заказчик»)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подрядчика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«Подрядчик») составили настоящий акт о том, что Подрядчик выполнил, а Заказчик принял работы по договору подряда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[этап работ или строительство бани в целом]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Работы выполнены в объёме, предусмотренном техническим заданием, в срок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 работ]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принятых работ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Выявленные недостатки: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недостатков и срок их устранения]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даты подписания акта начинается гарантийный срок, установленный пунктом 7.1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Акт составлен в двух экземплярах, по одному для каждой Стороны.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Сдал: Подрядчик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Принял: Заказчик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строительство бани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