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изготовление мебели по индивидуальному заказу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Индивидуальный предприниматель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«Исполнитель»,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заказчика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«Заказчик», с другой стороны, вместе именуемые «Стороны»,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обязуется по заданию Заказчика изготовить из своих материалов мебель по индивидуальному проекту, доставить её и установить в помещении Заказчика, а Заказчик обязуется принять и оплатить результат работ.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Изделие: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мебели]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«Мебель»). Размеры, конфигурация, материалы, цвет, фурнитура и наполнение Мебели указаны в спецификации и эскизе (Приложение № 1), которые подписываются Сторонами и являются неотъемлемой частью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доставки и установки: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помещения, этаж, наличие лифта]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Мебель изготавливается по размерам, снятым Исполнителем при замере, и предназначена для личных нужд Заказчика.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Сроки выполнения работ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Замер помещения Исполнитель проводит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результатам замера Стороны подписывают окончательный эскиз и спецификацию.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 изготавливает, доставляет и устанавливает Мебель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 вправе выполнить работы досрочно, согласовав с Заказчиком день доставки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Цена и порядок оплаты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работ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и включает стоимость материалов и фурнитуры, изготовление, доставку, подъём на этаж, сборку, установку и вывоз упаковки. Стоимость материалов указана в спецификации.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Цена является твёрдой и не изменяется после подписания договора, за исключением случаев, когда Заказчик письменно поручил изменить проект.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Заказчик вносит предоплату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в день подписания договора. Оставшуюся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Заказчик уплачивает после установки Мебели в день подписания акта сдачи-приёмки.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Оплата производится наличными с выдачей кассового чека или переводом на счёт Исполнителя по реквизитам, указанным в разделе 11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Материалы и качество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Мебель изготавливается из новых материалов, указанных в спецификации. Замена материалов, фурнитуры или цвета допускается только с письменного согласия Заказчика.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Качество Мебели должно соответствовать спецификации, эскизу и обязательным требованиям к мебели. Исполнитель передаёт Заказчику документы о соответствии на материалы по его требованию.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отвечает за точность замера. Если Мебель не подходит по размерам к помещению, указанному при замере, Исполнитель переделывает её за свой счёт.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Выполнить замер, изготовить, доставить и установить Мебель в срок и в соответствии с Приложением № 1.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Заказчику информацию о материалах, фурнитуре, правилах ухода и эксплуатации Мебели.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Немедленно предупредить Заказчика об обстоятельствах, препятствующих установке (неровность стен, расположение коммуникаций), до начала изготовления.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установке не повреждать отделку помещения, а причинённый ущерб возместить.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Убрать упаковку и мусор после установки.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доступ в помещение для замера, доставки и установки в согласованные дни.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Подготовить помещение к установке: завершить отделочные работы, освободить место установки.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и оплатить Мебель.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 вправе в любое время проверять ход работ, не вмешиваясь в деятельность Исполнителя.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Сдача и приёмка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установки Заказчик в присутствии Исполнителя осматривает Мебель и подписывает акт сдачи-приёмки (Приложение № 2).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Обнаруженные при приёмке недостатки указываются в акте. Исполнитель устраняет их безвозмездно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после чего Заказчик подписывает акт об устранении недостатков.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Подписание акта без замечаний не лишает Заказчика права заявить о недостатках, которые нельзя было обнаружить при обычном осмотре.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Гарантия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Гарантийный срок на Мебель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со дня подписания акта сдачи-приёмки. Срок службы Мебели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гарантийного срока Исполнитель безвозмездно устраняет недостатки Мебели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требования Заказчика, если не докажет, что недостатки возникли после приёмки вследствие нарушения правил эксплуатации, действий третьих лиц или непреодолимой силы.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Заказчика при обнаружении недостатков определяются статьёй 29 Закона РФ от 07.02.1992 № 2300-1 «О защите прав потребителей».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нарушение срока, указанного в пункте 2.2, Исполнитель уплачивает Заказчику неустойку в размере 3 (трёх) процентов цены работ за каждый день просрочки, но не более цены работ (пункт 5 статьи 28 Закона РФ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отвечает за сохранность имущества Заказчика при доставке и установке Мебели и возмещает причинённый ущерб.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Уплата неустойки не освобождает Исполнителя от исполнения обязательств.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9. Отказ от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 вправе в любое время отказаться от договора, оплатив Исполнителю фактически понесённые и документально подтверждённые расходы на выполнение договора (статья 32 Закона РФ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нарушении Исполнителем срока выполнения работ Заказчик вправе отказаться от договора и потребовать возврата уплаченных денег и полного возмещения убытков (статья 28 Закона РФ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Отказ от договора оформляется письменным заявлением. Исполнитель возвращает Заказчику уплаченные деньги за вычетом подтверждённых расходов в течение 10 (десяти) дней со дня получения заявления.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10.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Претензии направляются в письменной форме по адресам, указанным в разделе 11, или по электронной почте. Срок ответа на претензию — 10 (десять)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Споры, не урегулированные в претензионном порядке, рассматриваются судом в соответствии с законодательством Российской Федерации о защите прав потребителей.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Приложения к договору: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— спецификация и эскиз Мебели.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2 — форма акта сдачи-приёмки.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11.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Исполнитель: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счёта, банк, 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Предоплата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получена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Заказчик: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Заказчик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№ 1 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СПЕЦИФИКАЦИЯ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мебели по индивидуальному заказу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Изделие и габариты: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высота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мм, ширина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мм, глубина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Корпус: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[материал, марка, толщина,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Фасады: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[материал, покрытие, цвет, фрезеровка]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Столешница и стеновая панель: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[материал, толщина,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Фурнитура: петли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[производитель, модель, доводчики]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направляющие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[производитель, модель, нагрузка]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ручки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Наполнение: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[полки, ящики, штанги, сетчатые корзины, 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Встраиваемая техника и мойка, монтаж которых входит в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Подсветка: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[тип, место установки]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материалов и фурнитуры: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Стоимость изготовления, доставки и установки: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Итого: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Эскиз Мебели с размерами выполняется на отдельном листе и подписывается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     Заказчик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№ 2 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сдачи-приёмки мебели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Индивидуальный предприниматель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«Исполнитель»)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заказчика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«Заказчик») составили настоящий акт о том, что Исполнитель изготовил, доставил и установил, а Заказчик принял мебель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мебели]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Мебель соответствует спецификации и эскизу, установлена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работ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оплачено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к доплате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Замечания Заказчика: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недостатков и срок их устранения]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Заказчику переданы инструкции по уходу и эксплуатации. Гарантийный срок исчисляется с даты подписания акта.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Сдал: 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Принял: Заказчик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мебели по индивидуальному заказу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