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судебных приставов]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последний известный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объявлении исполнительного розыска должника по алиментам и его имущества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алиментов на содержание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алиментов]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ежемесячно,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 совершеннолетия ребёнка.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Должник алименты не платит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Согласно постановлению о расчёте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задолженность по алиментам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 После этой даты платежи также не поступали.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Исполнительные действия, совершённые в рамках исполнительного производства, не позволили установить местонахождение должника и его имущества. При выходе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установлено, что должник там не проживает, соседи видели его последний раз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Сведения о трудоустройстве и доходах должника в ответах Социального фонда России и ФНС России отсутствуют, денежных средств на счетах нет. На телефонные звонки и вызовы к судебному приставу-исполнителю должник не отвечает и не является.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Мне известны следующие сведения, которые могут помочь установить местонахождение должника: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Предполагаемое место проживания: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где должник может жить: съёмная квартира, дача, адрес родственников]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Предполагаемое место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вид неофициальной работы,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Номера телефонов и страницы в социальных сетях: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телефона, ссылка на страницу]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Родственники и знакомые, которые поддерживают с ним связь: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степень родства, адрес,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Транспортное средство: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модель, 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которым пользуется должник.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совершённые исполнительные действия не позволили установить местонахождение должника и его имущества, судебный пристав-исполнитель объявляет исполнительный розыск (ч. 1 ст. 65 Федерального закона от 02.10.2007 № 229-ФЗ «Об исполнительном производстве», далее — Закон № 229-ФЗ). Местонахождение должника и его имущества в моём исполнительном производстве не установлено, несмотря на выход по адресу и запросы в регистрирующие органы и банки.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исполнительным документам о взыскании алиментов розыск должника и его имущества объявляется по заявлению взыскателя либо по инициативе судебного пристава-исполнителя без ограничения по сумме задолженности (ч. 3 ст. 65 Закона № 229-ФЗ). Задолженность должника по алиментам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продолжает расти.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Постановление об исполнительном розыске либо об отказе в его объявлении выносится в течение трёх дней со дня поступления заявления взыскателя (ч. 6 ст. 65 Закона № 229-ФЗ), а его копия направляется сторонам не позднее дня, следующего за днём вынесения (ч. 9 ст. 65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объявлении розыска судебный пристав-исполнитель одновременно устанавливает временное ограничение на выезд должника из Российской Федерации и на пользование им специальным правом, если такие ограничения ранее не устанавливались (ч. 7 ст. 65, ст. 67, 67.1 Закона № 229-ФЗ). Должник без уважительных причин не исполняет требования о взыскании алиментов, задолженность превышает 10 000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64.1, 65, 67, 67.1 Закона № 229-ФЗ,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Объявить исполнительный розыск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его имущества, в том числе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Проверить в ходе розыска сведения о возможном местонахождении должника, указанные в настоящем заявлении.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Одновременно установить должнику временное ограничение на выезд из Российской Федерации и временное ограничение на пользование специальным правом, если они не были установлены ранее.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мне копию постановления, вынесенного по настоящему заявлению, по адресу электронной почты, указанному в заявлении, и через личный кабинет на портале Госуслуг.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расчёте задолженности по алиментам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Фотография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сведения о должнике: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[скриншоты страниц в социальных сетях, фотографии автомобиля, иные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судебному приставу об объявлении розыска должника по алиментам и его имущества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