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временном ограничении на выезд должника из Российской Федерации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 возбуждении исполнительного производства, которым должнику установлен пятидневный срок для добровольного исполнения, направлено должнику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получено 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[сведениями о прочтении в личном кабинете на портале Госуслуг или почтовым уведомлением]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для добровольного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исполнительного документа должник не исполнил.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по исполнительному производству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Об уважительных причинах неисполнения должник не заявлял, об отсрочке или рассрочке не просил, при этом продолжает работать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пользоваться своим имуществом.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известно, что должник регулярно выезжает за пределы Российской Федерации: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поездках должника, например фотографии из-за рубежа в социальных сетях за период с … по …]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Средства, которые должник тратит на поездки, могли бы пойти на погашение долга.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Судебный пристав-исполнитель по заявлению взыскателя вправе вынести постановление о временном ограничении на выезд должника из Российской Федерации, если должник-гражданин в установленный срок без уважительных причин не исполнил требования исполнительного документа и сумма задолженности составляет 30 000 руб. и более (п. 3 ч. 1 ст. 67 Федерального закона от 02.10.2007 № 229-ФЗ «Об исполнительном производстве», далее — Закон № 229-ФЗ). Если со дня окончания срока для добровольного исполнения прошло два месяца, ограничение допускается при задолженности более 10 000 руб. (ч. 2 ст. 67 Закона № 229-ФЗ). Задолженность должника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срок для добровольного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гражданина на выезд из Российской Федерации может быть временно ограничено, если он уклоняется от исполнения обязательств, наложенных на него судом, до исполнения обязательств либо до достижения согласия сторонами (п. 5 ст. 15 Федерального закона от 15.08.1996 № 114-ФЗ «О порядке выезда из Российской Федерации и въезда в Российскую Федерацию»).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взыскателя рассматривается в течение десяти дней со дня поступления к должностному лицу с вынесением постановления об удовлетворении или об отказе, копия которого направляется заявителю не позднее дня, следующего за днём его вынесения (ч. 5, 7 ст. 64.1 Закона № 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64.1, 67 Закона № 229-ФЗ, ст. 15 Федерального закона № 114-ФЗ,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постановление о временном ограничении на выезд из Российской Федерации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 исполнения требований исполнительного документа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постановление на утверждение старшему судебному приставу и для исполнения в пограничную службу в установленном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копию постановления, вынесенного по настоящему заявлению, по адресу электронной почты, указанному в заявлении, и через личный кабинет на портале Госуслуг.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задолженности по исполнительному производству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выезды должника за границу: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[скриншоты страниц в социальных сетях, 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 о временном ограничении на выезд должника из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