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временном ограничении на пользование должником специальным правом управления транспортными средствами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алиментов на содержание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алиментов]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ежемесячно.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о возбуждении исполнительного производства получено должником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[сведениями о прочтении в личном кабинете на портале Госуслуг или почтовым уведомлением]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для добровольного исполнения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должник не платит алименты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Согласно постановлению о расчёте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задолженность по алиментам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имеет водительское удостоверение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категории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постоянно управляет автомобилем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Работа должника с управлением транспортным средством не связана: по имеющимся у меня сведениям, он работает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организации или род занятий]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Должник проживает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где есть регулярное общественное транспортное сообщение. Инвалидности у должника нет, инвалидов I или II группы и детей-инвалидов на его иждивении нет. Отсрочка или рассрочка исполнения должнику не предоставлялась.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должник-гражданин без уважительных причин не исполнил в установленный срок требования исполнительного документа о взыскании алиментов, судебный пристав-исполнитель по заявлению взыскателя вправе вынести постановление о временном ограничении на пользование должником специальным правом (ч. 2 ст. 67.1 Федерального закона от 02.10.2007 № 229-ФЗ «Об исполнительном производстве», далее — Закон № 229-ФЗ). Под специальным правом понимается право управления транспортными средствами (ч. 1 ст. 67.1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Обстоятельства, при которых ограничение не применяется (ч. 4 ст. 67.1 Закона № 229-ФЗ), отсутствуют: управление автомобилем не является для должника основным законным источником средств к существованию, автомобиль не является единственным средством обеспечения жизнедеятельности должника и его семьи, должник не пользуется транспортным средством в связи с инвалидностью и не имеет на иждивении инвалидов, задолженность превышает 10 000 руб., отсрочка или рассрочка исполнения не предоставлялась.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постановлении о временном ограничении на пользование специальным правом судебный пристав-исполнитель разъясняет должнику обязанность соблюдать ограничение и предупреждает его об ответственности за нарушение. Копия постановления вручается должнику лично и направляется взыскателю и в орган, осуществляющий контроль в сфере пользования специальным правом (ч. 5 ст. 67.1 Закона № 229-ФЗ). Нарушение должником этого ограничения влечёт ответственность по ст. 17.17 Кодекса Российской Федерации об административных правонарушениях.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взыскателя рассматривается в течение десяти дней со дня поступления к должностному лицу, копия вынесенного постановления направляется заявителю не позднее дня, следующего за днём его вынесения (ч. 5, 7 ст. 64.1 Закона № 229-ФЗ).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64.1, 67.1 Закона № 229-ФЗ,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постановление о временном ограничении на пользование должником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специальным правом в виде права управления транспортными средствами до исполнения требований исполнительного документа в полном объёме.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Вручить копию постановления должнику лично и направить её в Госавтоинспекцию.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копию постановления, вынесенного по настоящему заявлению, по адресу электронной почты, указанному в заявлении, и через личный кабинет на портале Госуслуг.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расчёте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подтверждающие, что должник пользуется автомобилем: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[фотографии должника за рулём, сведения о регистрации автомобиля]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алиментов судебному приставу о временном ограничении права управления транспортными средствами должника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