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ФССП России]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судебных приставов]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Исполнительное производство: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совершении исполнительных действий и применении мер принудительного исполнения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для добровольного исполнения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Двухмесячный срок исполнения требований исполнительного документа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 всё время исполнительного производства мне перечислено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остаток задолженности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сведениям банка данных исполнительных производств и материалам производства, с которыми я ознакомился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судебным приставом-исполнителем направлены только запросы в банки и регистрирующие органы. Выход по адресу должника не совершался, постановления об обращении взыскания на заработную плату и об ограничении выезда должника из Российской Федерации не выносились.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известны следующие сведения об имуществе и доходах должника. Должник работает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работодателя, ИНН,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или источник сведений]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Должнику принадлежит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выпуска. Должник имеет счета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месту жительства должника находится имущество: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известного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Длительное бездействие при наличии у должника доходов и имущества нарушает моё право на своевременное исполнение судебного акта.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Задачами исполнительного производства являются правильное и своевременное исполнение судебных актов (ст. 2 Федерального закона от 02.10.2007 № 229-ФЗ «Об исполнительном производстве», далее Закон № 229-ФЗ). Исполнительное производство осуществляется на принципе своевременности совершения исполнительных действий и применения мер принудительного исполнения (п. 2 ст. 4 Закона № 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Требования исполнительного документа должны быть исполнены в двухмесячный срок со дня возбуждения исполнительного производства (ч. 1 ст. 36 Закона № 229-ФЗ). Этот срок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взыскание произведено лишь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Взыскатель вправе заявлять ходатайства на любой стадии исполнительного производства (ч. 1 ст. 50, ч. 1 ст. 64.1 Закона № 229-ФЗ). Ходатайство рассматривается в десятидневный срок со дня поступления к судебному приставу-исполнителю, по результатам выносится постановление, в котором при удовлетворении указывается, какие исполнительные действия совершены или подлежат совершению и какие меры принудительного исполнения применены (ч. 5, 6 ст. 64.1 Закона № 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Судебный пристав-исполнитель вправе запрашивать сведения у организаций и органов, входить в помещения, занимаемые должником, накладывать арест на имущество, устанавливать временное ограничение на выезд должника из Российской Федерации и совершать иные действия, необходимые для исполнения (п. 2, 5, 7, 15, 17 ч. 1 ст. 64 Закона № 229-ФЗ). К таким действиям относится и запрет на совершение регистрационных действий с имуществом должника (п. 42 постановления Пленума Верховного Суда РФ от 17.11.2015 № 50).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Мерами принудительного исполнения являются обращение взыскания на имущество должника, в том числе на денежные средства, и на периодические выплаты, получаемые должником в силу трудовых правоотношений (п. 1, 2 ч. 3 ст. 68 Закона № 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Сумма задолженности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 есть 30 000 руб. и более, должник не исполнил требования исполнительного документа в срок для добровольного исполнения без уважительных причин. Это основание для временного ограничения на выезд должника из Российской Федерации по заявлению взыскателя (п. 3 ч. 1 ст. 67 Закона № 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Бездействие судебного пристава-исполнителя признаётся незаконным, если он имел возможность совершить необходимые исполнительные действия и применить меры принудительного исполнения в установленный срок, но не сделал этого (п. 15 постановления Пленума Верховного Суда РФ от 17.11.2015 № 50).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36, 50, 64, 64.1, 67, 68 Закона № 229-ФЗ,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запросы в Федеральную налоговую службу о счетах и доходах должника, в Социальный фонд России о месте работы и выплатах, в Госавтоинспекцию и Росреестр о зарегистрированном имуществе, в органы ЗАГС о перемене фамилии и заключении брака, а также операторам связи.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Вынести постановление об обращении взыскания на заработную плату должника и направить его работодателю: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работодателя, ИНН,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Вынести постановления об аресте и обращении взыскания на денежные средства должника на счетах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других кредитных организациях.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Объявить запрет на совершение регистрационных действий с автомобилем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наложить на него арест с составлением акта описи и ареста.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Совершить выход по месту жительства должника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проверить имущественное положение должника, при обнаружении имущества наложить на него арест.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Вынести постановление о временном ограничении на выезд должника из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копию постановления, вынесенного по результатам рассмотрения настоящего заявления,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также в личный кабинет на портале Госуслуг.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 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подтверждающий место работы должника: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подтверждающий принадлежность автомобиля должнику: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судебному приставу о совершении исполнительных действий и применении мер принудительного исполнения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