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ФССП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прежний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новый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передаче исполнительного производства в другое отделение судебных приставов по месту жительства должника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Остаток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было возбуждено по прежнему месту жительства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зарегистрирован и проживает по новому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относится к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 по новому адресу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дата и номер подтверждающего документа, например ответа отдела по вопросам миграции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прежнему адресу должник не проживает, что зафиксировано в акте о совершении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 ответам банков и регистрирующих органов, имеющимся в материалах производства, имущества, на которое может быть обращено взыскание, на территории, относящейся к вашему отделению, у должника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взыскание по исполнительному производству не производится. Исполнительные действия по новому месту жительства должника, в том числе выход по адресу и проверка имущества, не совершаются, так как эта территория не входит в зону полномочий вашего отделения.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должником является гражданин, исполнительные действия совершаются и меры принудительного исполнения применяются по его месту жительства, месту пребывания или местонахождению его имущества (ч. 1 ст. 33 Федерального закона от 02.10.2007 № 229-ФЗ «Об исполнительном производстве», далее Закон № 229-ФЗ). Должник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 по новому адресу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в процессе исполнения изменилось место жительства должника и на территории, на которую распространяются полномочия судебного пристава-исполнителя, отсутствует имущество должника, на которое может быть обращено взыскание, судебный пристав-исполнитель составляет акт и выносит постановление о передаче исполнительного производства в другое подразделение судебных приставов (ч. 7 ст. 33 Закона № 229-ФЗ). Оба условия соблюдены: место жительства должника изменилось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имущества на территории вашего отделения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о передаче утверждается старшим судебным приставом или его заместителем, а при передаче в подразделение другого территориального органа ФССП России главным судебным приставом субъекта Российской Федерации или его заместителем (ч. 7.1 ст. 33 Закона № 229-ФЗ). Постановление, подлинники исполнительного документа и материалов производства передаются в другое подразделение не позднее дня, следующего за днём вынесения постановления (ч. 7.2 ст. 33 Закона № 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передаче исполнительного производства установленные для должника ограничения не отменяются, полномочия по их изменению и отмене переходят к судебному приставу-исполнителю, которому передано производство (ч. 11 ст. 33 Закона № 229-ФЗ). Копия постановления о передаче не позднее дня, следующего за днём его вынесения, направляется взыскателю и должнику (ч. 12.1 ст. 33 Закона № 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Взыскатель вправе заявлять ходатайства на любой стадии исполнительного производства. Ходатайство рассматривается в десятидневный срок со дня поступления к должностному лицу, по результатам выносится постановление (ч. 1 ст. 50, ч. 1, 5 ст. 64.1 Закона № 229-ФЗ).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33, 50, 64.1 Закона № 229-ФЗ,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Составить акт об изменении места жительства должника и отсутствии на территории вашего отделения имущества должника, на которое может быть обращено взыскание.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постановление о передаче исполнительного производства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 по новому адресу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ФССП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месту жительства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постановление о передаче, подлинник исполнительного документа и материалы исполнительного производства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 по новому адресу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позднее дня, следующего за днём вынесения постановления.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Сохранить все установленные для должника ограничения, аресты и запреты, а также действующие постановления об обращении взыскания на доходы и денежные средства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копию постановления, вынесенного по результатам рассмотрения настоящего заявления, и копию постановления о передаче исполнительного производства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также в личный кабинет на портале Госуслуг.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новое место жительства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передаче исполнительного производства в другое отделение судебных приставов по месту жительства должника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