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отложении исполнительных действий и применения мер принудительного исполнения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не уклоняюсь от исполнения. В счёт долга мной уже уплачено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[платёжные документы с датами]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Единовременно погасить оставшуюся сумму я не могу: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об иждивенцах]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предоставлении рассрочки исполнения решения суда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Заявление принято к рассмотрению,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Копия заявления и сведения о его принятии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стало известно, что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назначено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[исполнительное действие или мера, например арест и изъятие автомобиля марка, модель, государственный регистрационный знак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Этот автомобиль я использую для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работаю]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доход от которой является основным источником погашения долга. Совершение указанных действий до рассмотрения судом заявления о рассрочке лишит меня возможности исполнять решение суда по графику и сделает рассмотрение заявления о рассрочке бессмысленным.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вправе по собственной инициативе отложить исполнительные действия и применение мер принудительного исполнения на срок не более десяти дней (ч. 1 ст. 38 Федерального закона от 02.10.2007 № 229-ФЗ «Об исполнительном производстве», далее Закон № 229-ФЗ). Об отложении выносится постановление, в котором указывается дата, до которой откладываются исполнительные действия (ч. 4 ст. 38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как сторона исполнительного производства вправе заявлять ходатайства и приводить свои доводы по всем вопросам, возникающим в ходе исполнительного производства (ч. 1 ст. 50 Закона № 229-ФЗ). Ходатайство рассматривается с вынесением постановления об удовлетворении полностью или частично либо об отказе (ч. 5 ст. 64.1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Исполнительное производство осуществляется на принципе соотносимости объёма требований взыскателя и мер принудительного исполнения (п. 5 ст. 4 Закона № 229-ФЗ). Изъятие имущества, которое обеспечивает мой доход, при наличии поданного в суд заявления о рассрочке не соответствует этому принципу.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вправе обратиться в суд, выдавший исполнительный документ, с заявлением о рассрочке исполнения (ч. 1 ст. 37 Закона № 229-ФЗ, ст. 434 ГПК РФ). Время со дня такого обращения до получения приставом судебного акта по нему не включается в сроки совершения исполнительных действий (п. 5 ч. 7 ст. 36 Закона № 229-ФЗ). Следовательно, отложение не нарушит установленных законом сроков исполнения и прав взыскателя.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38, 50, 64.1 Закона № 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Отложить исполнительные действия и применение мер принудительного исполнения по исполнительному производству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[исполнительное действие или мера, например ареста и изъятия автомобиля]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копию постановления, вынесенного по результатам рассмотрения настоящего заявления,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также в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об уплате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счёт долга.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предоставлении рассрочки исполнения решения суда с отметкой суда о принятии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доходах и составе семьи: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судебному приставу об отложении исполнительных действий и применения мер принудительного исполнения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