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[Должность руководителя, полное наименование управляющей организации]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руководителя]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управляющей организации]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Заявитель: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полностью]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собственник квартиры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многоквартирного дома, номер квартиры]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ЖАЛОБА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на неработающий лифт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Я являюсь собственником квартиры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этаже многоквартирного дома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дома]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подъезд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Дом находится в управлении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управляющей организации]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на основании договора управления многоквартирным домом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и время]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не работает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[пассажирский или грузовой]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лифт в подъезде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[описание неисправности, например: кабина не приходит на вызов, на табло горит сигнал «Лифт не работает», двери не открываются]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 Объявлений о причинах остановки и сроках ремонта в подъезде нет.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и время]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я сообщил(а) о неисправности в аварийно-диспетчерскую службу по телефону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телефона службы]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заявка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На дату подачи жалобы лифт не работает уже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суток. Из-за этого жильцы верхних этажей, в том числе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[пожилые люди, люди с инвалидностью, семьи с маленькими детьми]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вынуждены подниматься пешком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этаж.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Правовое обоснование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Согласно подп. «а» п. 2 Правил содержания общего имущества в многоквартирном доме, утверждённых постановлением Правительства РФ от 13.08.2006 № 491, лифты и лифтовые шахты входят в состав общего имущества собственников помещений многоквартирного дома.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В силу ч. 2.3 ст. 161 Жилищного кодекса РФ управляющая организация отвечает перед собственниками помещений за оказание всех услуг и выполнение работ, которые обеспечивают надлежащее содержание общего имущества в данном доме. Пунктом 22 Минимального перечня услуг и работ, необходимых для обеспечения надлежащего содержания общего имущества в многоквартирном доме, утверждённого постановлением Правительства РФ от 03.04.2013 № 290, предусмотрены обеспечение проведения осмотров, технического обслуживания и ремонта лифтов, а также аварийного обслуживания лифтов.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По Правилам организации безопасного использования и содержания лифтов, подъёмных платформ для инвалидов, пассажирских конвейеров (движущихся пешеходных дорожек) и эскалаторов, за исключением эскалаторов в метрополитенах, утверждённым постановлением Правительства РФ от 20.10.2023 № 1744, владельцем лифта в многоквартирном доме является лицо, осуществляющее управление этим домом (п. 3). Аварийно-техническое обслуживание лифта осуществляется круглосуточно (п. 18), а неисправность, не связанная с капитальным ремонтом или модернизацией, должна быть устранена в срок, не превышающий 24 часов с момента остановки лифта (подп. «з» п. 17). Этот срок нарушен.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Плата за содержание жилого помещения, которую я вношу ежемесячно, включает плату за содержание и ремонт лифта. При оказании услуг ненадлежащего качества и (или) с перерывами, превышающими установленную продолжительность, размер платы за содержание жилого помещения подлежит уменьшению в соответствии с Правилами изменения размера платы за содержание жилого помещения, утверждёнными постановлением Правительства РФ от 13.08.2006 № 491.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На основании изложенного, руководствуясь ч. 2.3 ст. 161 Жилищного кодекса РФ, п. 2 Правил № 491, пп. 3, 17, 18 Правил, утверждённых постановлением Правительства РФ от 20.10.2023 № 1744,</w:t>
      </w:r>
    </w:p>
    <w:p>
      <w:pPr>
        <w:keepNext/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8"/>
        </w:rPr>
        <w:t>ПРОШУ: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Незамедлительно устранить неисправность и восстановить работу лифта в подъезде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дома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дома]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Сообщить мне в письменной форме причину остановки лифта, перечень необходимых работ и дату восстановления его работы, а также разместить эти сведения на информационном стенде в подъезде.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Составить акт о нарушении качества услуг по содержанию общего имущества с указанием периода простоя лифта и вручить мне один экземпляр акта.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Уменьшить размер платы за содержание жилого помещения по моей квартире за весь период простоя лифта сверх установленного срока и отразить перерасчёт в ближайшем платёжном документе.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Дать письменный ответ на жалобу в срок не более 10 рабочих дней со дня её получения (п. 36 Правил осуществления деятельности по управлению многоквартирными домами, утверждённых постановлением Правительства РФ от 15.05.2013 № 416) по адресу электронной почты, указанному в жалобе.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Приложения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Фотографии неработающего лифта и табло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л.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Копия выписки из ЕГРН на квартиру.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Жалоба в управляющую компанию на неработающий лифт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