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табельный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досрочном выходе на работу из отпуска по уходу за ребенком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основании моего заявления и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предоставлен отпуск по уходу за ребенком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(до достижения ребенком возраста трех лет).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намерена досрочно выйти на работу и приступить к исполнению трудовых обязанностей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выхода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прежних условиях трудового договора: в прежней должности, в режиме полного рабочего дня, с оплатой труда в размере, установленном трудовым договором с учетом его изменений и индексации за время моего отсутствия.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Отпуск по уходу за ребенком может быть использован полностью или по частям, а на период отпуска за работником сохраняется место работы (должность) (ч. 2 и 4 ст. 256 Трудового кодекса РФ, далее ТК РФ). Право работника прекратить отпуск досрочно и вернуться к работе следует из этих норм; согласие работодателя на это не требуется, менять условия трудового договора без моего согласия работодатель не вправе (ст. 72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 период отпуска по уходу за ребенком лицо выходит на работу до достижения ребенком возраста полутора лет, в том числе на условиях неполного рабочего времени, на дому или дистанционно, за ним сохраняется право на получение ежемесячного пособия по уходу за ребенком (ч. 3 ст. 256 ТК РФ, ст. 11.1 Федерального закона от 29.12.2006 № 255-ФЗ «Об обязательном социальном страховании на случай временной нетрудоспособности и в связи с материнством»). Моему ребенку на дату выхода на работу не исполнилось полутора лет.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Срочный трудовой договор, заключенный на время исполнения обязанностей отсутствующего работника, прекращается с выходом этого работника на работу (ч. 3 ст. 79 ТК РФ). Поэтому мое рабочее место должно быть освобождено к дате выхода.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72, 79, 256 ТК РФ, ст. 11.1 Федерального закона от 29.12.2006 № 255-ФЗ,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Допустить меня к работе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выхода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режиме полного рабочего дня на условиях заключенного со мной трудового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Сохранить за мной выплату ежемесячного пособия по уходу за ребенком до достижения им возраста полутора лет, то есть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исполнения ребенку полутора лет]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Издать соответствующий приказ и ознакомить меня с ним, а также с изменениями оклада и иных условий оплаты труда, если они произошли за время отпуска.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досрочном выходе на работу из отпуска по уходу за ребенком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