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должника]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возбуждения]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информации о ходе исполнительного 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исполнении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возбужденное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момента возбуждения исполнительного производства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 Двухмесячный срок исполнения, установленный ч. 1 ст. 36 Федерального закона от 02.10.2007 № 229-ФЗ «Об исполнительном производстве», истек. Последнее поступление денежных средств на мой счет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последнего поступления]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Сведений о том, какие исполнительные действия совершены, какое имущество и доходы должника выявлены и почему требования не исполнены, у меня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исполнительного производства вправе знакомиться с его материалами, делать из них выписки, снимать копии, заявлять ходатайства (ч. 1 ст. 50 Федерального закона № 229-ФЗ). Стороны вправе получать сведения о ходе исполнения исполнительного документа, включая сведения о совершенных исполнительных действиях и примененных мерах принудительного исполнения (ст. 50.1 Федерального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Заявления и ходатайства лиц, участвующих в исполнительном производстве, подаются на любой стадии и рассматриваются в течение десяти дней со дня поступления к должностному лицу с вынесением постановления, копия которого направляется заявителю не позднее дня, следующего за днем его вынесения (ч. 1, 5, 7 ст. 64.1 Федерального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вправе запрашивать необходимые сведения у органов, организаций и граждан, накладывать арест на имущество и денежные средства, устанавливать временные ограничения на выезд должника из Российской Федерации (ст. 64, 67, 68 Федерального закона № 229-ФЗ). Настоящее заявление содержит просьбу о совершении конкретных исполнительных действий, поэтому подлежит рассмотрению в порядке ст. 64.1 Федерального закона № 229-ФЗ.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50, 50.1, 64, 64.1 Федерального закона № 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мне информацию о ходе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-ИП, а именно: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совершенных исполнительных действий и примененных мер принудительного исполнения с датами;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направленных запросов в банки, налоговый орган, Социальный фонд России, Росреестр, ГИБДД, органы ЗАГС, операторам связи и полученных ответов;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выявленных счетах, имуществе и доходах должника и о наложенных арестах;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выходе по месту жительства должника и его результатах;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вынесенных постановлениях, в том числе о временном ограничении на выезд должника из Российской Федерации;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взысканных и перечисленных мне сумм и остаток задолженности на дату ответа.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случае, если указанные действия не совершены, направить запросы в регистрирующие органы, банки и кредитные организации, наложить арест на выявленные денежные средства и имущество должника, вынести постановление о временном ограничении на выезд должника из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настоящее заявление в срок, установленный ч. 5 ст. 64.1 Федерального закона № 229-ФЗ, и направить мне копию постановления по результатам его рассмотрения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 о предоставлении информации о ходе исполнительного 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