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 или ИП]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ПРИКАЗ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выплате компенсации за неиспользованный отпуск при увольнении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приказа]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связи с прекращением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увольнения, например: инициативе работника, пункт 3 части первой статьи 77 Трудового кодекса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основании части первой статьи 127 Трудового кодекса Российской Федерации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ПРИКАЗЫВАЮ: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Выплатить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табельный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денежную компенсацию за неиспользованные отпуска за период работы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приёма на работу]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календарных дней, в том числе: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ежегодный основной оплачиваемый отпуск за рабочие годы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ежегодный дополнительный оплачиваемый отпуск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дополнительного отпуска]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рабочие годы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Рассчитать компенсацию исходя из среднего дневного заработка работника в соответствии со статьёй 139 Трудового кодекса Российской Федерации и Положением об особенностях порядка исчисления средней заработной платы, утверждённым постановлением Правительства Российской Федерации от 24.04.2025 № 540.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Удержать налог на доходы физических лиц и начислить страховые взносы в установленном порядке.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Выплатить компенсацию в день увольнения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вместе с другими суммами окончательного расчёта путём перечисления на банковский счёт работника, указанный для выплаты заработной платы.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составить записку-расчёт при прекращении трудового договора, отразить выплату компенсации в личной карточке работника и передать копию настоящего приказа в бухгалтерию в день его подписания.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Контроль за исполнением настоящего приказа оставляю за собой.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Основание: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увольнении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Приказ о прекращении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Личная карточка работника и сведения об использованных отпусках.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[Должность руководителя]</w:t>
      </w:r>
    </w:p>
    <w:p>
      <w:pPr>
        <w:spacing w:before="120" w:after="12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Ознакомление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приказом ознакомлен(а):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446"/>
        <w:gridCol w:w="2954"/>
        <w:gridCol w:w="1805"/>
        <w:gridCol w:w="1148"/>
      </w:tblGrid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</w:t>
            </w:r>
          </w:p>
        </w:tc>
        <w:tc>
          <w:tcPr>
            <w:tcW w:type="dxa" w:w="29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Фамилия и инициалы</w:t>
            </w:r>
          </w:p>
        </w:tc>
        <w:tc>
          <w:tcPr>
            <w:tcW w:type="dxa" w:w="18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Подпись</w:t>
            </w:r>
          </w:p>
        </w:tc>
        <w:tc>
          <w:tcPr>
            <w:tcW w:type="dxa" w:w="11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Дата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 работника]</w:t>
            </w:r>
          </w:p>
        </w:tc>
        <w:tc>
          <w:tcPr>
            <w:tcW w:type="dxa" w:w="29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8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11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Главный бухгалтер</w:t>
            </w:r>
          </w:p>
        </w:tc>
        <w:tc>
          <w:tcPr>
            <w:tcW w:type="dxa" w:w="29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8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11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Специалист по кадрам</w:t>
            </w:r>
          </w:p>
        </w:tc>
        <w:tc>
          <w:tcPr>
            <w:tcW w:type="dxa" w:w="295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80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114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выплате компенсации за неиспользованный отпуск при увольнении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