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 или ИП]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ПРИКАЗ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внесении изменений в штатное расписание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приказа]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[конкретная причина изменений, например: приведением наименований должностей в соответствие с профессиональным стандартом и индексацией окладов работников отдела продаж]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служебной записки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 инициалы автора записки]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ПРИКАЗЫВАЮ: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Внести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вступления изменений в силу]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штатное расписание, утверждённое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следующие изменения: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281"/>
        <w:gridCol w:w="1768"/>
        <w:gridCol w:w="1882"/>
        <w:gridCol w:w="1026"/>
        <w:gridCol w:w="1197"/>
        <w:gridCol w:w="1197"/>
      </w:tblGrid>
      <w:tr>
        <w:trPr>
          <w:cantSplit/>
        </w:trPr>
        <w:tc>
          <w:tcPr>
            <w:tcW w:type="dxa" w:w="22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Подразделение</w:t>
            </w:r>
          </w:p>
        </w:tc>
        <w:tc>
          <w:tcPr>
            <w:tcW w:type="dxa" w:w="17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 до изменения</w:t>
            </w:r>
          </w:p>
        </w:tc>
        <w:tc>
          <w:tcPr>
            <w:tcW w:type="dxa" w:w="18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 после изменения</w:t>
            </w:r>
          </w:p>
        </w:tc>
        <w:tc>
          <w:tcPr>
            <w:tcW w:type="dxa" w:w="10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Кол-во единиц</w:t>
            </w:r>
          </w:p>
        </w:tc>
        <w:tc>
          <w:tcPr>
            <w:tcW w:type="dxa" w:w="11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Оклад до, руб.</w:t>
            </w:r>
          </w:p>
        </w:tc>
        <w:tc>
          <w:tcPr>
            <w:tcW w:type="dxa" w:w="11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Оклад после, руб.</w:t>
            </w:r>
          </w:p>
        </w:tc>
      </w:tr>
      <w:tr>
        <w:trPr>
          <w:cantSplit/>
        </w:trPr>
        <w:tc>
          <w:tcPr>
            <w:tcW w:type="dxa" w:w="22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[подразделение]</w:t>
            </w:r>
          </w:p>
        </w:tc>
        <w:tc>
          <w:tcPr>
            <w:tcW w:type="dxa" w:w="17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18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[новая должность]</w:t>
            </w:r>
          </w:p>
        </w:tc>
        <w:tc>
          <w:tcPr>
            <w:tcW w:type="dxa" w:w="10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[число]</w:t>
            </w:r>
          </w:p>
        </w:tc>
        <w:tc>
          <w:tcPr>
            <w:tcW w:type="dxa" w:w="11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1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22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[подразделение]</w:t>
            </w:r>
          </w:p>
        </w:tc>
        <w:tc>
          <w:tcPr>
            <w:tcW w:type="dxa" w:w="176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18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102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[число]</w:t>
            </w:r>
          </w:p>
        </w:tc>
        <w:tc>
          <w:tcPr>
            <w:tcW w:type="dxa" w:w="11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11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Ознакомить под подпись с настоящим приказом работников, занимающих должности, указанные в пункте 1.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Подготовить и представить на подпись дополнительные соглашения к трудовым договорам этих работников об изменении наименования должности и размера оклада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вступления изменений в силу]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После подписания дополнительных соглашений внести записи в трудовые книжки работников, которые ведутся на бумажном носителе, и представить в Социальный фонд России сведения о трудовой деятельности в установленный срок.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начислять заработную плату по должностям, указанным в пункте 1, исходя из новых окладов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вступления изменений в силу]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Контроль за исполнением настоящего приказа оставляю за собой.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Основание: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Служебная записка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 инициалы автора записки]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Штатное расписание, утверждённое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[Должность руководителя]</w:t>
      </w:r>
    </w:p>
    <w:p>
      <w:pPr>
        <w:spacing w:before="120" w:after="12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Ознакомление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приказом ознакомлены: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446"/>
        <w:gridCol w:w="2954"/>
        <w:gridCol w:w="1805"/>
        <w:gridCol w:w="1148"/>
      </w:tblGrid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</w:t>
            </w:r>
          </w:p>
        </w:tc>
        <w:tc>
          <w:tcPr>
            <w:tcW w:type="dxa" w:w="29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Фамилия и инициалы</w:t>
            </w:r>
          </w:p>
        </w:tc>
        <w:tc>
          <w:tcPr>
            <w:tcW w:type="dxa" w:w="18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Подпись</w:t>
            </w:r>
          </w:p>
        </w:tc>
        <w:tc>
          <w:tcPr>
            <w:tcW w:type="dxa" w:w="11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Дата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Специалист по кадрам</w:t>
            </w:r>
          </w:p>
        </w:tc>
        <w:tc>
          <w:tcPr>
            <w:tcW w:type="dxa" w:w="29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8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11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Главный бухгалтер</w:t>
            </w:r>
          </w:p>
        </w:tc>
        <w:tc>
          <w:tcPr>
            <w:tcW w:type="dxa" w:w="29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8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11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 работника]</w:t>
            </w:r>
          </w:p>
        </w:tc>
        <w:tc>
          <w:tcPr>
            <w:tcW w:type="dxa" w:w="29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8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11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 работника]</w:t>
            </w:r>
          </w:p>
        </w:tc>
        <w:tc>
          <w:tcPr>
            <w:tcW w:type="dxa" w:w="295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80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114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штатное расписание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