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 w:line="276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[Полное наименование организации]</w:t>
      </w:r>
    </w:p>
    <w:p>
      <w:pPr>
        <w:spacing w:before="0" w:after="120" w:line="276" w:lineRule="auto"/>
        <w:jc w:val="center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[ОГРН]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[юридический адрес]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ПРИКАЗ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проведении инвентаризации имущества и обязательств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приказа]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целях обеспечения достоверности данных бухгалтерского учёта и бухгалтерской (финансовой) отчётности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год, в соответствии со статьёй 11 Федерального закона от 06.12.2011 № 402-ФЗ «О бухгалтерском учёте» и Федеральным стандартом бухгалтерского учёта ФСБУ 28/2023 «Инвентаризация», утверждённым приказом Минфина России от 13.01.2023 № 4н,</w:t>
      </w:r>
    </w:p>
    <w:p>
      <w:pPr>
        <w:keepNext/>
        <w:spacing w:before="120" w:after="120" w:line="276" w:lineRule="auto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ПРИКАЗЫВАЮ: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Провести инвентаризацию следующих объектов бухгалтерского учёта: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Основных средств, нематериальных активов, капитальных вложений и запасов, находящихся по адресу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места хранения]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по состоянию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в период с 1 октября по 31 декабря]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Денежных средств в кассе и на счетах в банках, денежных документов, расчётов с покупателями, поставщиками, бюджетом, работниками и прочими дебиторами и кредиторами, а также оценочных обязательств и резервов по состоянию на 31 декабря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Создать инвентаризационную комиссию в составе: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2806"/>
        <w:gridCol w:w="2058"/>
        <w:gridCol w:w="4490"/>
      </w:tblGrid>
      <w:tr>
        <w:trPr>
          <w:cantSplit/>
        </w:trPr>
        <w:tc>
          <w:tcPr>
            <w:tcW w:type="dxa" w:w="280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Роль в комиссии</w:t>
            </w:r>
          </w:p>
        </w:tc>
        <w:tc>
          <w:tcPr>
            <w:tcW w:type="dxa" w:w="205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Должность</w:t>
            </w:r>
          </w:p>
        </w:tc>
        <w:tc>
          <w:tcPr>
            <w:tcW w:type="dxa" w:w="449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Фамилия, имя, отчество</w:t>
            </w:r>
          </w:p>
        </w:tc>
      </w:tr>
      <w:tr>
        <w:trPr>
          <w:cantSplit/>
        </w:trPr>
        <w:tc>
          <w:tcPr>
            <w:tcW w:type="dxa" w:w="280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Председатель</w:t>
            </w:r>
          </w:p>
        </w:tc>
        <w:tc>
          <w:tcPr>
            <w:tcW w:type="dxa" w:w="205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[должность]</w:t>
            </w:r>
          </w:p>
        </w:tc>
        <w:tc>
          <w:tcPr>
            <w:tcW w:type="dxa" w:w="449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[фамилия, имя, отчество]</w:t>
            </w:r>
          </w:p>
        </w:tc>
      </w:tr>
      <w:tr>
        <w:trPr>
          <w:cantSplit/>
        </w:trPr>
        <w:tc>
          <w:tcPr>
            <w:tcW w:type="dxa" w:w="280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Член комиссии</w:t>
            </w:r>
          </w:p>
        </w:tc>
        <w:tc>
          <w:tcPr>
            <w:tcW w:type="dxa" w:w="205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[должность]</w:t>
            </w:r>
          </w:p>
        </w:tc>
        <w:tc>
          <w:tcPr>
            <w:tcW w:type="dxa" w:w="449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[фамилия, имя, отчество]</w:t>
            </w:r>
          </w:p>
        </w:tc>
      </w:tr>
      <w:tr>
        <w:trPr>
          <w:cantSplit/>
        </w:trPr>
        <w:tc>
          <w:tcPr>
            <w:tcW w:type="dxa" w:w="2806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Член комиссии</w:t>
            </w:r>
          </w:p>
        </w:tc>
        <w:tc>
          <w:tcPr>
            <w:tcW w:type="dxa" w:w="2058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[должность]</w:t>
            </w:r>
          </w:p>
        </w:tc>
        <w:tc>
          <w:tcPr>
            <w:tcW w:type="dxa" w:w="4490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[фамилия, имя, отчество]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Инвентаризацию объектов, указанных в пункте 1.1, провести в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объектов, указанных в пункте 1.2, в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Материально ответственным лицам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[должность, фамилия и инициалы]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до начала инвентаризации сдать в бухгалтерию все приходные и расходные документы на имущество и дать расписки о том, что все ценности, поступившие под их ответственность, оприходованы, а выбывшие списаны в расход. Пересчёт, взвешивание и обмер проводить в присутствии материально ответственных лиц.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Председателю комиссии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 и инициалы]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передать инвентаризационные описи, акты и объяснения материально ответственных лиц в бухгалтерию не позднее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Главному бухгалтеру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 и инициалы]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срок 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сопоставить фактическое наличие объектов с данными бухгалтерского учёта, составить сличительные ведомости и представить руководителю предложения по отражению результатов инвентаризации в бухгалтерском учёте.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Контроль за исполнением настоящего приказа оставляю за собой.</w:t>
      </w:r>
    </w:p>
    <w:p>
      <w:pPr>
        <w:keepNext/>
        <w:spacing w:before="120" w:after="120" w:line="276" w:lineRule="auto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[Должность руководителя]</w:t>
      </w:r>
    </w:p>
    <w:p>
      <w:pPr>
        <w:spacing w:before="120" w:after="12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[И. О. Фамилия руководителя]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Ознакомление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 приказом ознакомлены: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4252"/>
        <w:gridCol w:w="2551"/>
        <w:gridCol w:w="1559"/>
        <w:gridCol w:w="992"/>
      </w:tblGrid>
      <w:tr>
        <w:trPr>
          <w:cantSplit/>
        </w:trPr>
        <w:tc>
          <w:tcPr>
            <w:tcW w:type="dxa" w:w="425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Должность</w:t>
            </w:r>
          </w:p>
        </w:tc>
        <w:tc>
          <w:tcPr>
            <w:tcW w:type="dxa" w:w="255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Фамилия и инициалы</w:t>
            </w:r>
          </w:p>
        </w:tc>
        <w:tc>
          <w:tcPr>
            <w:tcW w:type="dxa" w:w="155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Подпись</w:t>
            </w:r>
          </w:p>
        </w:tc>
        <w:tc>
          <w:tcPr>
            <w:tcW w:type="dxa" w:w="99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Дата</w:t>
            </w:r>
          </w:p>
        </w:tc>
      </w:tr>
      <w:tr>
        <w:trPr>
          <w:cantSplit/>
        </w:trPr>
        <w:tc>
          <w:tcPr>
            <w:tcW w:type="dxa" w:w="425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Председатель комиссии</w:t>
            </w:r>
          </w:p>
        </w:tc>
        <w:tc>
          <w:tcPr>
            <w:tcW w:type="dxa" w:w="255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[И. О. Фамилия]</w:t>
            </w:r>
          </w:p>
        </w:tc>
        <w:tc>
          <w:tcPr>
            <w:tcW w:type="dxa" w:w="155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___________</w:t>
            </w:r>
          </w:p>
        </w:tc>
        <w:tc>
          <w:tcPr>
            <w:tcW w:type="dxa" w:w="99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[дата]</w:t>
            </w:r>
          </w:p>
        </w:tc>
      </w:tr>
      <w:tr>
        <w:trPr>
          <w:cantSplit/>
        </w:trPr>
        <w:tc>
          <w:tcPr>
            <w:tcW w:type="dxa" w:w="425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Член комиссии</w:t>
            </w:r>
          </w:p>
        </w:tc>
        <w:tc>
          <w:tcPr>
            <w:tcW w:type="dxa" w:w="255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[И. О. Фамилия]</w:t>
            </w:r>
          </w:p>
        </w:tc>
        <w:tc>
          <w:tcPr>
            <w:tcW w:type="dxa" w:w="155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___________</w:t>
            </w:r>
          </w:p>
        </w:tc>
        <w:tc>
          <w:tcPr>
            <w:tcW w:type="dxa" w:w="99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[дата]</w:t>
            </w:r>
          </w:p>
        </w:tc>
      </w:tr>
      <w:tr>
        <w:trPr>
          <w:cantSplit/>
        </w:trPr>
        <w:tc>
          <w:tcPr>
            <w:tcW w:type="dxa" w:w="425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Член комиссии</w:t>
            </w:r>
          </w:p>
        </w:tc>
        <w:tc>
          <w:tcPr>
            <w:tcW w:type="dxa" w:w="255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[И. О. Фамилия]</w:t>
            </w:r>
          </w:p>
        </w:tc>
        <w:tc>
          <w:tcPr>
            <w:tcW w:type="dxa" w:w="155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___________</w:t>
            </w:r>
          </w:p>
        </w:tc>
        <w:tc>
          <w:tcPr>
            <w:tcW w:type="dxa" w:w="99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[дата]</w:t>
            </w:r>
          </w:p>
        </w:tc>
      </w:tr>
      <w:tr>
        <w:trPr>
          <w:cantSplit/>
        </w:trPr>
        <w:tc>
          <w:tcPr>
            <w:tcW w:type="dxa" w:w="425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Главный бухгалтер</w:t>
            </w:r>
          </w:p>
        </w:tc>
        <w:tc>
          <w:tcPr>
            <w:tcW w:type="dxa" w:w="255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[И. О. Фамилия]</w:t>
            </w:r>
          </w:p>
        </w:tc>
        <w:tc>
          <w:tcPr>
            <w:tcW w:type="dxa" w:w="155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___________</w:t>
            </w:r>
          </w:p>
        </w:tc>
        <w:tc>
          <w:tcPr>
            <w:tcW w:type="dxa" w:w="99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[дата]</w:t>
            </w:r>
          </w:p>
        </w:tc>
      </w:tr>
      <w:tr>
        <w:trPr>
          <w:cantSplit/>
        </w:trPr>
        <w:tc>
          <w:tcPr>
            <w:tcW w:type="dxa" w:w="4252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Материально ответственное лицо</w:t>
            </w:r>
          </w:p>
        </w:tc>
        <w:tc>
          <w:tcPr>
            <w:tcW w:type="dxa" w:w="2551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[И. О. Фамилия]</w:t>
            </w:r>
          </w:p>
        </w:tc>
        <w:tc>
          <w:tcPr>
            <w:tcW w:type="dxa" w:w="1559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___________</w:t>
            </w:r>
          </w:p>
        </w:tc>
        <w:tc>
          <w:tcPr>
            <w:tcW w:type="dxa" w:w="992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[дата]</w:t>
            </w:r>
          </w:p>
        </w:tc>
      </w:tr>
    </w:tbl>
    <w:p>
      <w:pPr>
        <w:spacing w:before="0" w:after="80" w:line="276" w:lineRule="auto"/>
        <w:jc w:val="both"/>
      </w:pP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проведении годовой инвентаризации имущества и обязательств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