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материально ответственных лиц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целях обеспечения сохранности денежных средств, товарно-материальных ценностей и иного имущества, вверенных работникам, в соответствии со статьями 242–244 Трудового кодекса Российской Федерации и постановлением Министерства труда и социального развития Российской Федерации от 31.12.2002 № 85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материально ответственными лицами следующих работников: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245"/>
        <w:gridCol w:w="2806"/>
        <w:gridCol w:w="4303"/>
      </w:tblGrid>
      <w:tr>
        <w:trPr>
          <w:cantSplit/>
        </w:trPr>
        <w:tc>
          <w:tcPr>
            <w:tcW w:type="dxa" w:w="22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8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Фамилия, имя, отчество</w:t>
            </w:r>
          </w:p>
        </w:tc>
        <w:tc>
          <w:tcPr>
            <w:tcW w:type="dxa" w:w="43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Вверяемые ценности и место их хранения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8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[фамилия, имя, отчество]</w:t>
            </w:r>
          </w:p>
        </w:tc>
        <w:tc>
          <w:tcPr>
            <w:tcW w:type="dxa" w:w="43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товарно-материальные ценности склада по адресу: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склада]</w:t>
            </w:r>
          </w:p>
        </w:tc>
      </w:tr>
      <w:tr>
        <w:trPr>
          <w:cantSplit/>
        </w:trPr>
        <w:tc>
          <w:tcPr>
            <w:tcW w:type="dxa" w:w="22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8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[фамилия, имя, отчество]</w:t>
            </w:r>
          </w:p>
        </w:tc>
        <w:tc>
          <w:tcPr>
            <w:tcW w:type="dxa" w:w="430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денежные средства и денежные документы кассы по адресу: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кассы]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подготовить и представить на подпись договоры о полной индивидуальной материальной ответственности с работниками, указанными в пункте 1, по типовой форме, утверждённой постановлением Минтруда России от 31.12.2002 № 85.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Инвентаризационной комиссии в составе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 председателя]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 членов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провести инвентаризацию ценностей, указанных в пункте 1, и оформить их передачу материально ответственным лицам по актам приёма-передачи.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 ответственного за хозяйственное обеспечение]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обеспечить надлежащие условия хранения вверяемых ценностей: исправность запорных устройств, сейфов и охранной сигнализации, ограничение доступа посторонних лиц в места хранения.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Материально ответственным лицам бережно относиться к вверенным ценностям, своевременно сообщать руководителю обо всех обстоятельствах, угрожающих их сохранности, вести учёт и представлять отчёты о движении и остатках ценностей в порядке, установленном в организации.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46"/>
        <w:gridCol w:w="2954"/>
        <w:gridCol w:w="1805"/>
        <w:gridCol w:w="1148"/>
      </w:tblGrid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Специалист по кадрам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Председатель комиссии</w:t>
            </w:r>
          </w:p>
        </w:tc>
        <w:tc>
          <w:tcPr>
            <w:tcW w:type="dxa" w:w="29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материально ответственных лиц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