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ответственного за ведение воинского учета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статьями 4 и 8 Федерального закона от 28.03.1998 № 53-ФЗ «О воинской обязанности и военной службе», пунктами 9, 12, 30–32 Положения о воинском учете, утвержденного постановлением Правительства Российской Федерации от 27.11.2006 № 719, в целях обеспечения воинского учета граждан, пребывающих в запасе, и граждан, подлежащих призыву на военную службу, работающих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ответственным за ведение воинского учета граждан, пребывающих в запасе, и граждан, подлежащих призыву на военную службу,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обязанности по ведению воинского учета без освобождения от основной работы, установив доплату за увеличение объема работы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в месяц на основании дополнительного соглашения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период отсутствия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(отпуск, временная нетрудоспособность, командировка) обязанности по ведению воинского учета исполняет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замещающего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Ответственному за ведение воинского учета: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Проверять у граждан при приеме на работу наличие документов воинского учета (военного билета, временного удостоверения, выданного взамен военного билета, удостоверения гражданина, подлежащего призыву на военную службу) и отметок о постановке на воинский учет.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Заполнять личные карточки работников по записям в документах воинского учета и вести картотеку граждан, состоящих на воинском учете.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Направлять в военный комиссариат в течение 5 дней сведения о принятых на работу и уволенных с работы гражданах, состоящих или обязанных состоять на воинском учете, а также об изменениях семейного положения, образования, должности, места жительства или места пребывания и состояния здоровья работников, состоящих на воинском учете (со дня, когда об изменениях стало известно).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Сообщать в военный комиссариат о выявленных в документах воинского учета неоговоренных исправлениях, неточностях и подделках, а также о неполном количестве листов в течение 5 рабочих дней со дня их выявления.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сведения по запросам военного комиссариата в двухнедельный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Оповещать работников о вызовах (повестках) военного комиссариата и обеспечивать им возможность своевременной явки, разъяснять им обязанности по воинскому учету и ответственность за их неисполнение.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реже одного раза в год проводить сверку сведений воинского учета с документами военного комиссариата.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Руководителям структурных подразделений в течение 3 рабочих дней сообщать ответственному за ведение воинского учета о переводе работников на другие должности и об известных им изменениях сведений о работниках, состоящих на воинском учете.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Ответственному за ведение воинского учета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направить копию настоящего приказа в военный комиссариат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с настоящим приказом под подпись работников, указанных в пунктах 1 и 3, в течение 3 рабочих дней со дня его издания.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дополнительное соглашение к трудовому договору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88"/>
        <w:gridCol w:w="3012"/>
        <w:gridCol w:w="2854"/>
      </w:tblGrid>
      <w:tr>
        <w:trPr>
          <w:cantSplit/>
        </w:trPr>
        <w:tc>
          <w:tcPr>
            <w:tcW w:type="dxa" w:w="3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 руководителя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</w:t>
            </w:r>
          </w:p>
        </w:tc>
      </w:tr>
      <w:tr>
        <w:trPr>
          <w:cantSplit/>
        </w:trPr>
        <w:tc>
          <w:tcPr>
            <w:tcW w:type="dxa" w:w="3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[Генеральный директор]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___________________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102"/>
        <w:gridCol w:w="1871"/>
        <w:gridCol w:w="1190"/>
        <w:gridCol w:w="1190"/>
      </w:tblGrid>
      <w:tr>
        <w:trPr>
          <w:cantSplit/>
        </w:trPr>
        <w:tc>
          <w:tcPr>
            <w:tcW w:type="dxa" w:w="51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51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ответственного работника]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51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замещающего работника]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ведение воинского учета в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