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объявлении благодарности работнику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[конкретное достижение работника, например: досрочное и качественное выполнение проекта по внедрению новой учетной 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добросовестное исполнение трудовых обязанностей и в соответствии со статьей 191 Трудового кодекса Российской Федерации,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внутреннего трудового распорядка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основании представления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Объявить благодарность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[формулировка заслуги, повторяющая преамбулу]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5 рабочих дней со дня издания приказа внести запись о поощрении в раздел «Сведения о награждении» трудовой книжки работника и в раздел «Награды (поощрения), почетные звания» его личной карточки.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довести настоящий приказ до сведения работников подразделения.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ознакомить работника с настоящим приказом под подпись в течение 3 рабочих дней со дня его издания.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88"/>
        <w:gridCol w:w="3012"/>
        <w:gridCol w:w="2854"/>
      </w:tblGrid>
      <w:tr>
        <w:trPr>
          <w:cantSplit/>
        </w:trPr>
        <w:tc>
          <w:tcPr>
            <w:tcW w:type="dxa" w:w="34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 руководителя</w:t>
            </w:r>
          </w:p>
        </w:tc>
        <w:tc>
          <w:tcPr>
            <w:tcW w:type="dxa" w:w="30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28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ФИО</w:t>
            </w:r>
          </w:p>
        </w:tc>
      </w:tr>
      <w:tr>
        <w:trPr>
          <w:cantSplit/>
        </w:trPr>
        <w:tc>
          <w:tcPr>
            <w:tcW w:type="dxa" w:w="34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[Генеральный директор]</w:t>
            </w:r>
          </w:p>
        </w:tc>
        <w:tc>
          <w:tcPr>
            <w:tcW w:type="dxa" w:w="30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___________________</w:t>
            </w:r>
          </w:p>
        </w:tc>
        <w:tc>
          <w:tcPr>
            <w:tcW w:type="dxa" w:w="28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[ФИО руководителя]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 приказом ознакомлен(а):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благодарности работнику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