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или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утверждения]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списании материальных ценностей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Структурное подразделение (место хранения):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склада, подразделения,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 создании постоянно действующей комиссии по списанию материальных ценностей».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в составе: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присутствии материально ответственного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составила настоящий акт о 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Результаты осмотра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комиссия осмотрела материальные ценности, числящиеся на балансе организации и находящиеся в подотчёте материально ответственного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установила, что перечисленные ниже ценности пришли в негодность и не могут быть использованы по назначению, отремонтированы или реализованы.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Состояние ценностей: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повреждений, дефектов или износа, например деформация корпуса, следы коррозии, неустранимые повреждения упаковки и содержимого]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Причина непригодности: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установленная комиссией, например естественный износ в процессе эксплуатации, истечение срока годности, повреждение при протечке кровли]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Перечень списываемых ценностей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18"/>
        <w:gridCol w:w="2689"/>
        <w:gridCol w:w="1637"/>
        <w:gridCol w:w="935"/>
        <w:gridCol w:w="818"/>
        <w:gridCol w:w="1169"/>
        <w:gridCol w:w="1286"/>
      </w:tblGrid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16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Номенкл. номер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Цена, руб.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6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6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6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163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93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[шт.]</w:t>
            </w:r>
          </w:p>
        </w:tc>
        <w:tc>
          <w:tcPr>
            <w:tcW w:type="dxa" w:w="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1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28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69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63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[кол.]</w:t>
            </w:r>
          </w:p>
        </w:tc>
        <w:tc>
          <w:tcPr>
            <w:tcW w:type="dxa" w:w="116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8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списывается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наименований на сумму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балансовой (учётной) стоимости.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Материальные ценности, указанные в разделе 2 настоящего акта, подлежат списанию с баланса организации и из подотчёта материально ответственного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Лиц, виновных в порче ценностей, комиссия не установила. Обстоятельств, указывающих на нарушение правил хранения или эксплуатации, не выявлено.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Пригодные для дальнейшего использования детали и материалы, полученные при разборке: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количество, оценочная стоимость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Они приходуются на склад по рыночной стоимости на дату списания.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Списанные ценности подлежат утилизации путём передачи специализированной организации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экземплярах: первый передаётся в бухгалтерию, второй остаётся у материально ответственного лица.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создании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списываемых ценностей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о техническом состоянии или иной документ, подтверждающий непригодность]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 членов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актом ознакомлен, ценности для утилизации передал: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Материально ответственное лицо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об утилизации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Перечисленные в разделе 2 ценности утилизированы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утилизации]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присутствии членов комиссии. Документ, подтверждающий утилизацию: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 и номер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материальных ценностей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