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УТВЕРЖДАЮ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утверждения]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выделении к уничтожению документов, не подлежащих хранению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основании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хранения, утверждённого приказом Росархива от 20.12.2019 № 236, и номенклатуры дел организации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 отобраны к уничтожению как не имеющие научно-исторической ценности и утратившие практическое значение документы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срок хранения которых истёк к 1 января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 составления акта]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Экспертная комиссия организации действует на основании приказа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595"/>
        <w:gridCol w:w="3401"/>
        <w:gridCol w:w="935"/>
        <w:gridCol w:w="1105"/>
        <w:gridCol w:w="850"/>
        <w:gridCol w:w="2466"/>
      </w:tblGrid>
      <w:tr>
        <w:trPr>
          <w:cantSplit/>
        </w:trPr>
        <w:tc>
          <w:tcPr>
            <w:tcW w:type="dxa" w:w="59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34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Заголовок дела (групповой заголовок)</w:t>
            </w:r>
          </w:p>
        </w:tc>
        <w:tc>
          <w:tcPr>
            <w:tcW w:type="dxa" w:w="93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Годы</w:t>
            </w:r>
          </w:p>
        </w:tc>
        <w:tc>
          <w:tcPr>
            <w:tcW w:type="dxa" w:w="11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Индекс дела</w:t>
            </w:r>
          </w:p>
        </w:tc>
        <w:tc>
          <w:tcPr>
            <w:tcW w:type="dxa" w:w="85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Кол-во дел</w:t>
            </w:r>
          </w:p>
        </w:tc>
        <w:tc>
          <w:tcPr>
            <w:tcW w:type="dxa" w:w="246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Срок хранения, статья Перечня</w:t>
            </w:r>
          </w:p>
        </w:tc>
      </w:tr>
      <w:tr>
        <w:trPr>
          <w:cantSplit/>
        </w:trPr>
        <w:tc>
          <w:tcPr>
            <w:tcW w:type="dxa" w:w="59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34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[заголовок дела, например кассовые документы]</w:t>
            </w:r>
          </w:p>
        </w:tc>
        <w:tc>
          <w:tcPr>
            <w:tcW w:type="dxa" w:w="93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[годы дела]</w:t>
            </w:r>
          </w:p>
        </w:tc>
        <w:tc>
          <w:tcPr>
            <w:tcW w:type="dxa" w:w="11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[индекс дела]</w:t>
            </w:r>
          </w:p>
        </w:tc>
        <w:tc>
          <w:tcPr>
            <w:tcW w:type="dxa" w:w="85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[кол.]</w:t>
            </w:r>
          </w:p>
        </w:tc>
        <w:tc>
          <w:tcPr>
            <w:tcW w:type="dxa" w:w="246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[срок, статья]</w:t>
            </w:r>
          </w:p>
        </w:tc>
      </w:tr>
      <w:tr>
        <w:trPr>
          <w:cantSplit/>
        </w:trPr>
        <w:tc>
          <w:tcPr>
            <w:tcW w:type="dxa" w:w="59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34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[заголовок дела]</w:t>
            </w:r>
          </w:p>
        </w:tc>
        <w:tc>
          <w:tcPr>
            <w:tcW w:type="dxa" w:w="93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[годы дела]</w:t>
            </w:r>
          </w:p>
        </w:tc>
        <w:tc>
          <w:tcPr>
            <w:tcW w:type="dxa" w:w="11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[индекс дела]</w:t>
            </w:r>
          </w:p>
        </w:tc>
        <w:tc>
          <w:tcPr>
            <w:tcW w:type="dxa" w:w="85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[кол.]</w:t>
            </w:r>
          </w:p>
        </w:tc>
        <w:tc>
          <w:tcPr>
            <w:tcW w:type="dxa" w:w="246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[срок, статья]</w:t>
            </w:r>
          </w:p>
        </w:tc>
      </w:tr>
      <w:tr>
        <w:trPr>
          <w:cantSplit/>
        </w:trPr>
        <w:tc>
          <w:tcPr>
            <w:tcW w:type="dxa" w:w="59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3</w:t>
            </w:r>
          </w:p>
        </w:tc>
        <w:tc>
          <w:tcPr>
            <w:tcW w:type="dxa" w:w="340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[заголовок дела]</w:t>
            </w:r>
          </w:p>
        </w:tc>
        <w:tc>
          <w:tcPr>
            <w:tcW w:type="dxa" w:w="93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[годы дела]</w:t>
            </w:r>
          </w:p>
        </w:tc>
        <w:tc>
          <w:tcPr>
            <w:tcW w:type="dxa" w:w="110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[индекс дела]</w:t>
            </w:r>
          </w:p>
        </w:tc>
        <w:tc>
          <w:tcPr>
            <w:tcW w:type="dxa" w:w="85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[кол.]</w:t>
            </w:r>
          </w:p>
        </w:tc>
        <w:tc>
          <w:tcPr>
            <w:tcW w:type="dxa" w:w="246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[срок, статья]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Итого: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дел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Описи дел постоянного хранения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годы утверждены, описи дел по личному составу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годы согласованы с экспертной комиссией организации (протокол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Сроки хранения документов, включённых в акт, по состоянию на дату его составления не продлевались. Документов, необходимых для проводимых проверок, судебных и иных разбирательств, среди отобранных к уничтожению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Руководитель службы делопроизводства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Согласование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Ответственный за архив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Одобрено экспертной комиссией организации, протокол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Отметка об уничтожении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дел весом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кг переданы на переработку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организации, 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 о передаче]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уничтожены путём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[способ, исключающий восстановление содержания, например механического измельчения]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присутствии лица, ответственного за архив.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 передал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Изменения в учётные документы архива внесены.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Ответственный за архив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выделении к уничтожению документов, не подлежащих хранению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