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 или ИП]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ПРИКАЗ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увеличении (индексации) заработной платы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приказа]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связи с ростом потребительских цен на товары и услуги, в соответствии со статьёй 134 Трудового кодекса Российской Федерации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[Положением об оплате труда]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утверждённым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ПРИКАЗЫВАЮ: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Увеличить (проиндексировать)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должностные оклады (тарифные ставки) работников согласно приложению к настоящему приказу.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Внести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соответствующие изменения в штатное расписание, утверждённое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Ознакомить работников, указанных в приложении, с настоящим приказом под подпись.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Подготовить дополнительные соглашения к трудовым договорам этих работников об изменении размера оклада (тарифной ставки)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и организовать их подписание.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начислять заработную плату работникам, указанным в приложении, исходя из новых окладов (тарифных ставок)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Контроль за исполнением настоящего приказа оставляю за собой.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Основание: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Служебная записка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[Положение об оплате труда]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[Должность руководителя]</w:t>
      </w:r>
    </w:p>
    <w:p>
      <w:pPr>
        <w:spacing w:before="120" w:after="12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Приложение к приказу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Перечень работников, которым увеличивается оклад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70"/>
        <w:gridCol w:w="1981"/>
        <w:gridCol w:w="2861"/>
        <w:gridCol w:w="1540"/>
        <w:gridCol w:w="2201"/>
      </w:tblGrid>
      <w:tr>
        <w:trPr>
          <w:cantSplit/>
        </w:trPr>
        <w:tc>
          <w:tcPr>
            <w:tcW w:type="dxa" w:w="7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1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Фамилия и инициалы</w:t>
            </w:r>
          </w:p>
        </w:tc>
        <w:tc>
          <w:tcPr>
            <w:tcW w:type="dxa" w:w="28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Должность, подразделение</w:t>
            </w:r>
          </w:p>
        </w:tc>
        <w:tc>
          <w:tcPr>
            <w:tcW w:type="dxa" w:w="15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Оклад до, руб.</w:t>
            </w:r>
          </w:p>
        </w:tc>
        <w:tc>
          <w:tcPr>
            <w:tcW w:type="dxa" w:w="22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 xml:space="preserve">Оклад с </w:t>
            </w:r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, руб.</w:t>
            </w:r>
          </w:p>
        </w:tc>
      </w:tr>
      <w:tr>
        <w:trPr>
          <w:cantSplit/>
        </w:trPr>
        <w:tc>
          <w:tcPr>
            <w:tcW w:type="dxa" w:w="7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1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28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[должность, подразделение]</w:t>
            </w:r>
          </w:p>
        </w:tc>
        <w:tc>
          <w:tcPr>
            <w:tcW w:type="dxa" w:w="15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2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7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198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28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[должность, подразделение]</w:t>
            </w:r>
          </w:p>
        </w:tc>
        <w:tc>
          <w:tcPr>
            <w:tcW w:type="dxa" w:w="15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2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77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198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28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[должность, подразделение]</w:t>
            </w:r>
          </w:p>
        </w:tc>
        <w:tc>
          <w:tcPr>
            <w:tcW w:type="dxa" w:w="154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2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Ознакомление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приказом ознакомлены: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446"/>
        <w:gridCol w:w="2954"/>
        <w:gridCol w:w="1805"/>
        <w:gridCol w:w="1148"/>
      </w:tblGrid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</w:t>
            </w:r>
          </w:p>
        </w:tc>
        <w:tc>
          <w:tcPr>
            <w:tcW w:type="dxa" w:w="29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Фамилия и инициалы</w:t>
            </w:r>
          </w:p>
        </w:tc>
        <w:tc>
          <w:tcPr>
            <w:tcW w:type="dxa" w:w="18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Дата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Специалист по кадрам</w:t>
            </w:r>
          </w:p>
        </w:tc>
        <w:tc>
          <w:tcPr>
            <w:tcW w:type="dxa" w:w="29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8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Главный бухгалтер</w:t>
            </w:r>
          </w:p>
        </w:tc>
        <w:tc>
          <w:tcPr>
            <w:tcW w:type="dxa" w:w="29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8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 работника]</w:t>
            </w:r>
          </w:p>
        </w:tc>
        <w:tc>
          <w:tcPr>
            <w:tcW w:type="dxa" w:w="29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8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 работника]</w:t>
            </w:r>
          </w:p>
        </w:tc>
        <w:tc>
          <w:tcPr>
            <w:tcW w:type="dxa" w:w="29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8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 работника]</w:t>
            </w:r>
          </w:p>
        </w:tc>
        <w:tc>
          <w:tcPr>
            <w:tcW w:type="dxa" w:w="29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80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</w:t>
            </w:r>
          </w:p>
        </w:tc>
        <w:tc>
          <w:tcPr>
            <w:tcW w:type="dxa" w:w="114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увеличении (индексации) заработной платы работникам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