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изменении режима рабочего времени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[конкретная причина изменения организационных или технологических условий труда, например: переходом склада на приёмку товара от нового поставщика с 07:00 и изменением графика работы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основании статей 74, 100 и 190 Трудового кодекса Российской Федерации, с учётом мнения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выборного органа первичной профсоюзной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не ранее чем через два месяца после уведомления работников]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для работников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следующий режим рабочего времени: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Пятидневная рабочая неделя продолжительностью 40 часов с выходными днями в субботу и воскресенье.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Начало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окончание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Перерыв для отдыха и питания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рабочее время не включается.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предпраздничные дни продолжительность работы сокращается на один час.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с той же даты соответствующие изменения в Правила внутреннего трудового распорядка, утверждённые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вручить работникам, указанным в приложении к настоящему приказу, письменные уведомления о предстоящем изменении режима рабочего времени и его причинах под подпись.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Работникам, которые согласятся работать в новом режиме,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подготовить дополнительные соглашения к трудовым договорам.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Работникам, которые откажутся работать в новом режиме, письменно предложить имеющуюся у работодателя работу в соответствии со статьёй 74 Трудового кодекса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обеспечить учёт рабочего времени в табеле по новому режиму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Основание: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Мотивированное мнение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выборного органа профсоюзной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руководителя]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 к приказу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Список работников и лист ознакомления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92"/>
        <w:gridCol w:w="2551"/>
        <w:gridCol w:w="1559"/>
        <w:gridCol w:w="2693"/>
        <w:gridCol w:w="1559"/>
      </w:tblGrid>
      <w:tr>
        <w:trPr>
          <w:cantSplit/>
        </w:trPr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6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Уведомление вручено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</w:tr>
      <w:tr>
        <w:trPr>
          <w:cantSplit/>
        </w:trPr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26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</w:tr>
      <w:tr>
        <w:trPr>
          <w:cantSplit/>
        </w:trPr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26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</w:tr>
      <w:tr>
        <w:trPr>
          <w:cantSplit/>
        </w:trPr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26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</w:tr>
      <w:tr>
        <w:trPr>
          <w:cantSplit/>
        </w:trPr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4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26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</w:tr>
      <w:tr>
        <w:trPr>
          <w:cantSplit/>
        </w:trPr>
        <w:tc>
          <w:tcPr>
            <w:tcW w:type="dxa" w:w="99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5</w:t>
            </w:r>
          </w:p>
        </w:tc>
        <w:tc>
          <w:tcPr>
            <w:tcW w:type="dxa" w:w="255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26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092"/>
        <w:gridCol w:w="2631"/>
        <w:gridCol w:w="1607"/>
        <w:gridCol w:w="1023"/>
      </w:tblGrid>
      <w:tr>
        <w:trPr>
          <w:cantSplit/>
        </w:trPr>
        <w:tc>
          <w:tcPr>
            <w:tcW w:type="dxa" w:w="40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6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6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0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40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Специалист по кадрам</w:t>
            </w:r>
          </w:p>
        </w:tc>
        <w:tc>
          <w:tcPr>
            <w:tcW w:type="dxa" w:w="26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6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0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[руководитель подразделения]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60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0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режима рабочего времени (графика работы) работников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