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[Полное наименование организации или ИП]</w:t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ПРИКАЗ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ответственного за обеспечение пожарной безопасности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приказа]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целях обеспечения пожарной безопасности, в соответствии со статьями 37 и 38 Федерального закона от 21.12.1994 № 69-ФЗ «О пожарной безопасности», пунктами 3 и 4 Правил противопожарного режима в Российской Федерации, утверждённых постановлением Правительства Российской Федерации от 16.09.2020 № 1479, и Порядком обучения лиц мерам пожарной безопасности, утверждённым приказом МЧС России от 18.11.2021 № 806,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ПРИКАЗЫВАЮ: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ответственным за обеспечение пожарной безопасности в здании (помещениях)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 защиты]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 время отсутствия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ответственного]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(отпуск, временная нетрудоспособность, командировка) возложить обязанности ответственного за обеспечение пожарной безопасности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Ответственному за обеспечение пожарной безопасности: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Обеспечивать соблюдение работниками требований Правил противопожарного режима в Российской Федерации и Инструкции о мерах пожарной безопасности, утверждённой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Организовывать проведение противопожарных инструктажей работников и вести журнал учёта инструктажей.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Контролировать содержание путей эвакуации и эвакуационных выходов в свободном состоянии, наличие планов эвакуации и знаков пожарной безопасности.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Обеспечивать наличие и исправность первичных средств пожаротушения, вести журнал их учёта и проверки, своевременно организовывать перезарядку огнетушителей.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Контролировать работоспособность систем противопожарной защиты (пожарной сигнализации, системы оповещения и управления эвакуацией людей при пожаре) и ведение журнала эксплуатации систем противопожарной защиты.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Ежедневно по окончании рабочего дня проверять помещения на предмет отключения электрооборудования, не предназначенного для круглосуточной работы.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Сообщать руководителю о выявленных нарушениях требований пожарной безопасности и вносить предложения по их устранению.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Участвовать в проверках органов государственного пожарного надзора и обеспечивать выполнение их предписаний.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Направить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ответственного]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 замещающего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обучение мерам пожарной безопасности по дополнительной профессиональной программе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Специалисту по кадрам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 инициалы]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ознакомить с настоящим приказом под подпись работников, указанных в пунктах 1 и 2, в течение трёх рабочих дней со дня его издания.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Контроль за исполнением настоящего приказа оставляю за собой.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[Должность руководителя]</w:t>
      </w:r>
    </w:p>
    <w:p>
      <w:pPr>
        <w:spacing w:before="120" w:after="12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приказом ознакомлены: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3987"/>
        <w:gridCol w:w="2760"/>
        <w:gridCol w:w="1533"/>
        <w:gridCol w:w="1073"/>
      </w:tblGrid>
      <w:tr>
        <w:trPr>
          <w:cantSplit/>
        </w:trPr>
        <w:tc>
          <w:tcPr>
            <w:tcW w:type="dxa" w:w="39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Должность</w:t>
            </w:r>
          </w:p>
        </w:tc>
        <w:tc>
          <w:tcPr>
            <w:tcW w:type="dxa" w:w="276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Фамилия и инициалы</w:t>
            </w:r>
          </w:p>
        </w:tc>
        <w:tc>
          <w:tcPr>
            <w:tcW w:type="dxa" w:w="1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Подпись</w:t>
            </w:r>
          </w:p>
        </w:tc>
        <w:tc>
          <w:tcPr>
            <w:tcW w:type="dxa" w:w="10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Дата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 ответственного]</w:t>
            </w:r>
          </w:p>
        </w:tc>
        <w:tc>
          <w:tcPr>
            <w:tcW w:type="dxa" w:w="276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0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[должность замещающего]</w:t>
            </w:r>
          </w:p>
        </w:tc>
        <w:tc>
          <w:tcPr>
            <w:tcW w:type="dxa" w:w="2760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3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07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  <w:tr>
        <w:trPr>
          <w:cantSplit/>
        </w:trPr>
        <w:tc>
          <w:tcPr>
            <w:tcW w:type="dxa" w:w="398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Специалист по кадрам</w:t>
            </w:r>
          </w:p>
        </w:tc>
        <w:tc>
          <w:tcPr>
            <w:tcW w:type="dxa" w:w="2760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[И. О. Фамилия]</w:t>
            </w:r>
          </w:p>
        </w:tc>
        <w:tc>
          <w:tcPr>
            <w:tcW w:type="dxa" w:w="153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__________</w:t>
            </w:r>
          </w:p>
        </w:tc>
        <w:tc>
          <w:tcPr>
            <w:tcW w:type="dxa" w:w="1074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[дата]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обеспечение пожарной безопасности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