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 или ИП]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ПРИКАЗ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объявлении простоя по вине работодателя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[конкретная причина приостановки работы, например: отсутствием заказов на продукцию цеха после расторжения договора поставки с ООО «[наименование]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невозможностью обеспечить работников работой], в соответствии с частью 3 статьи 72.2 и частью 1 статьи 157 Трудового кодекса Российской Федерации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ПРИКАЗЫВАЮ: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Объявить простой по вине работодателя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включительно для работников согласно приложению к настоящему приказу.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период простоя освободить работников, указанных в приложении, от обязанности присутствовать на рабочем месте. Работникам находиться на связи по телефону, указанному в личной карточке, и приступить к работе не позднее следующего рабочего дня после получения уведомления о прекращении простоя.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оплачивать время простоя в размере двух третей средней заработной платы работника, рассчитанной в соответствии с Положением об особенностях порядка исчисления средней заработной платы, утверждённым постановлением Правительства Российской Федерации от 24.04.2025 № 540.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отражать время простоя в табеле учёта рабочего времени кодом «РП».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Ознакомить работников, указанных в приложении, с настоящим приказом под подпись в день его издания, а отсутствующих на работе направить им копию приказа по почте или на адрес электронной почты.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течение трёх рабочих дней со дня издания приказа проинформировать государственную службу занятости о введении простоя в соответствии с частью 5 статьи 53 Федерального закона от 12.12.2023 № 565-ФЗ «О занятости населения в Российской Федерации».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Контроль за исполнением настоящего приказа оставляю за собой.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Основание: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Служебная записка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расторжении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[Должность руководителя]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Приложение к приказу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Список работников и лист ознакомления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235"/>
        <w:gridCol w:w="3177"/>
        <w:gridCol w:w="1941"/>
        <w:gridCol w:w="1765"/>
        <w:gridCol w:w="1235"/>
      </w:tblGrid>
      <w:tr>
        <w:trPr>
          <w:cantSplit/>
        </w:trPr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31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Фамилия и инициалы</w:t>
            </w:r>
          </w:p>
        </w:tc>
        <w:tc>
          <w:tcPr>
            <w:tcW w:type="dxa" w:w="19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</w:t>
            </w:r>
          </w:p>
        </w:tc>
        <w:tc>
          <w:tcPr>
            <w:tcW w:type="dxa" w:w="17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Дата</w:t>
            </w:r>
          </w:p>
        </w:tc>
      </w:tr>
      <w:tr>
        <w:trPr>
          <w:cantSplit/>
        </w:trPr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31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9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17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</w:t>
            </w:r>
          </w:p>
        </w:tc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31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9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17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</w:t>
            </w:r>
          </w:p>
        </w:tc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31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9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17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</w:t>
            </w:r>
          </w:p>
        </w:tc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4</w:t>
            </w:r>
          </w:p>
        </w:tc>
        <w:tc>
          <w:tcPr>
            <w:tcW w:type="dxa" w:w="31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9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17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</w:t>
            </w:r>
          </w:p>
        </w:tc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123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5</w:t>
            </w:r>
          </w:p>
        </w:tc>
        <w:tc>
          <w:tcPr>
            <w:tcW w:type="dxa" w:w="31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94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176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</w:t>
            </w:r>
          </w:p>
        </w:tc>
        <w:tc>
          <w:tcPr>
            <w:tcW w:type="dxa" w:w="123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приказом ознакомлены: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157"/>
        <w:gridCol w:w="2672"/>
        <w:gridCol w:w="1484"/>
        <w:gridCol w:w="1039"/>
      </w:tblGrid>
      <w:tr>
        <w:trPr>
          <w:cantSplit/>
        </w:trPr>
        <w:tc>
          <w:tcPr>
            <w:tcW w:type="dxa" w:w="41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Фамилия и инициалы</w:t>
            </w:r>
          </w:p>
        </w:tc>
        <w:tc>
          <w:tcPr>
            <w:tcW w:type="dxa" w:w="14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  <w:tc>
          <w:tcPr>
            <w:tcW w:type="dxa" w:w="10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Дата</w:t>
            </w:r>
          </w:p>
        </w:tc>
      </w:tr>
      <w:tr>
        <w:trPr>
          <w:cantSplit/>
        </w:trPr>
        <w:tc>
          <w:tcPr>
            <w:tcW w:type="dxa" w:w="41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Главный бухгалтер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4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</w:t>
            </w:r>
          </w:p>
        </w:tc>
        <w:tc>
          <w:tcPr>
            <w:tcW w:type="dxa" w:w="10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41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Специалист по кадрам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4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</w:t>
            </w:r>
          </w:p>
        </w:tc>
        <w:tc>
          <w:tcPr>
            <w:tcW w:type="dxa" w:w="10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415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[руководитель подразделения]</w:t>
            </w:r>
          </w:p>
        </w:tc>
        <w:tc>
          <w:tcPr>
            <w:tcW w:type="dxa" w:w="267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4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</w:t>
            </w:r>
          </w:p>
        </w:tc>
        <w:tc>
          <w:tcPr>
            <w:tcW w:type="dxa" w:w="103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объявлении простоя по вине работодателя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