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организации]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ПРИКАЗ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закреплении автомобиля за водителем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приказа]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целях обеспечения сохранности и надлежащей технической эксплуатации транспортных средств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безопасности дорожного движения и персональной ответственности водителей за вверенные им автомобили, в соответствии со статьей 20 Федерального закона от 10.12.1995 № 196-ФЗ «О безопасности дорожного движения», статьей 22 Трудового кодекса Российской Федерации и трудовым договором с водителем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ПРИКАЗЫВАЮ: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Закрепить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за водителем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табельный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водительское удостоверение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категория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[категория]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действительно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следующий автомобиль: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марка, модель: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 и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государственный регистрационный знак: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идентификационный номер (VIN):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[VIN]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год выпуска: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свидетельство о регистрации транспортного средства: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полис ОСАГО: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срок действия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Механику (лицу, ответственному за выпуск транспортных средств на линию)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передать автомобиль 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акту приема-передачи с указанием комплектности, технического состояния, показаний одометра, остатка топлива, переданных документов и ключей. Акт является приложением к настоящему приказу.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использовать автомобиль только для выполнения трудовых обязанностей и только при наличии путевого листа;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перед каждым выездом проходить предрейсовый медицинский осмотр и получать отметку о прохождении предрейсового контроля технического состояния автомобиля, по возвращении проходить послерейсовый медицинский осмотр;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проводить ежедневное техническое обслуживание автомобиля, следить за его чистотой и исправностью, своевременно сообщать механику о неисправностях;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передавать управление автомобилем другим лицам, кроме случаев, предусмотренных распоряжением руководителя;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окончании работы ставить автомобиль на стоянку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стоянки]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сдавать ключи и документы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[кому именно, например: механику]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незамедлительно сообщать непосредственному руководителю о дорожно-транспортном происшествии, повреждении, угоне или хищении автомобиля;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прекращении закрепления, уходе в отпуск или увольнении передать автомобиль механику по акту.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Механику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проводить предрейсовый контроль технического состояния автомобиля и делать соответствующие отметки в путевых листах;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организовать плановое техническое обслуживание и ремонт автомобиля;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время отсутствия водителя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принимать от него автомобиль по акту и передавать его другому водителю только на основании отдельного приказа.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ответственного лица, например: специалисту по договорной работе]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обеспечить допуск водителя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управлению автомобилем по договору ОСАГО (внесение в список лиц, допущенных к управлению, либо заключение договора без ограничения числа водителей).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Специалисту по кадрам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ознакомить водителя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механика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настоящим приказом под подпись в течение 3 рабочих дней со дня его издания.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Контроль за исполнением настоящего приказа возложить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Приложение: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акт приема-передачи автомобиля на 1 л.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 приказом ознакомлены: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913"/>
        <w:gridCol w:w="2976"/>
        <w:gridCol w:w="2976"/>
        <w:gridCol w:w="1488"/>
      </w:tblGrid>
      <w:tr>
        <w:trPr>
          <w:cantSplit/>
        </w:trPr>
        <w:tc>
          <w:tcPr>
            <w:tcW w:type="dxa" w:w="19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Должность</w:t>
            </w:r>
          </w:p>
        </w:tc>
        <w:tc>
          <w:tcPr>
            <w:tcW w:type="dxa" w:w="29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ФИО</w:t>
            </w:r>
          </w:p>
        </w:tc>
        <w:tc>
          <w:tcPr>
            <w:tcW w:type="dxa" w:w="29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Подпись</w:t>
            </w:r>
          </w:p>
        </w:tc>
        <w:tc>
          <w:tcPr>
            <w:tcW w:type="dxa" w:w="148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Дата</w:t>
            </w:r>
          </w:p>
        </w:tc>
      </w:tr>
      <w:tr>
        <w:trPr>
          <w:cantSplit/>
        </w:trPr>
        <w:tc>
          <w:tcPr>
            <w:tcW w:type="dxa" w:w="19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Водитель</w:t>
            </w:r>
          </w:p>
        </w:tc>
        <w:tc>
          <w:tcPr>
            <w:tcW w:type="dxa" w:w="29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[ФИО водителя]</w:t>
            </w:r>
          </w:p>
        </w:tc>
        <w:tc>
          <w:tcPr>
            <w:tcW w:type="dxa" w:w="29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______________</w:t>
            </w:r>
          </w:p>
        </w:tc>
        <w:tc>
          <w:tcPr>
            <w:tcW w:type="dxa" w:w="148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191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Механик</w:t>
            </w:r>
          </w:p>
        </w:tc>
        <w:tc>
          <w:tcPr>
            <w:tcW w:type="dxa" w:w="29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[ФИО механика]</w:t>
            </w:r>
          </w:p>
        </w:tc>
        <w:tc>
          <w:tcPr>
            <w:tcW w:type="dxa" w:w="29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______________</w:t>
            </w:r>
          </w:p>
        </w:tc>
        <w:tc>
          <w:tcPr>
            <w:tcW w:type="dxa" w:w="148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Приложение к приказу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приказа]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приема-передачи автомобиля водителю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Механик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механика]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передал, а водитель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принял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 и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[VIN]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выпуска, закрепленный за водителем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приказа]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Показания одометра на момент передачи: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[пробег]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км. Остаток топлива: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Вместе с автомобилем переданы: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Наименование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Количество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Ключи зажигания (брелоки сигнализации)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Свидетельство о регистрации транспортного средства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Полис ОСАГО (или его распечатка)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Запасное колесо, домкрат, баллонный ключ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Аптечка, огнетушитель, знак аварийной остановки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[Иное оборудование, например: видеорегистратор, топливная карта № ...]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Техническое состояние автомобиля: исправен. Видимые повреждения кузова и салона: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повреждений или «отсутствуют»]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Водитель осмотрел автомобиль, претензий к его комплектности и состоянию не имеет.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Акт составлен в двух экземплярах: один хранится у работодателя, второй передан водителю.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Передал: механик</w:t>
      </w:r>
    </w:p>
    <w:p>
      <w:pPr>
        <w:spacing w:before="120" w:after="12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механика]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Принял: водитель</w:t>
      </w:r>
    </w:p>
    <w:p>
      <w:pPr>
        <w:spacing w:before="120" w:after="12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закреплении служебного автомобиля за водителем с актом приёма-передачи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