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единовременной выплате к ежегодному оплачиваемому отпуску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Положения об оплате труда работников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утвержденного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связи с предоставлением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в дательном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ежегодного оплачиваемого отпуска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(приказ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и на основании заявления работника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Выплатить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 в дательном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табельный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единовременную выплату к ежегодному оплачиваемому отпуску за рабочий год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что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по Положению, например: один должностной оклад]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Выплату произвести одновременно с оплатой отпуска,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путем перечисления на банковский счет работника, на который перечисляется заработная плата.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начислить и выплатить сумму, указанную в пункте 1 настоящего приказа, в срок, установленный пунктом 2;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исчислить и удержать налог на доходы физических лиц, начислить страховые взносы с учетом пункта 28 статьи 217 и подпункта 11 пункта 1 статьи 422 Налогового кодекса Российской Федерации;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включать сумму выплаты в расчет среднего заработка работника (пункт 3 Положения об особенностях порядка исчисления средней заработной платы, утвержденного постановлением Правительства Российской Федерации от 24.04.2025 № 540).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ознакомить работника с настоящим приказом под подпись в течение 3 рабочих дней со дня его издания.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Контроль за исполнением настоящего приказа возложить на главного бухгалтера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Основание: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в родительном падеже]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 единовременной выплате к отпуску.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Приказ о предоставлении отпуска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46"/>
        <w:gridCol w:w="2461"/>
        <w:gridCol w:w="2297"/>
        <w:gridCol w:w="1148"/>
      </w:tblGrid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24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ФИО</w:t>
            </w:r>
          </w:p>
        </w:tc>
        <w:tc>
          <w:tcPr>
            <w:tcW w:type="dxa" w:w="22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 работника]</w:t>
            </w:r>
          </w:p>
        </w:tc>
        <w:tc>
          <w:tcPr>
            <w:tcW w:type="dxa" w:w="24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[ФИО работника]</w:t>
            </w:r>
          </w:p>
        </w:tc>
        <w:tc>
          <w:tcPr>
            <w:tcW w:type="dxa" w:w="22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______________</w:t>
            </w:r>
          </w:p>
        </w:tc>
        <w:tc>
          <w:tcPr>
            <w:tcW w:type="dxa" w:w="11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44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Главный бухгалтер</w:t>
            </w:r>
          </w:p>
        </w:tc>
        <w:tc>
          <w:tcPr>
            <w:tcW w:type="dxa" w:w="24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[ФИО]</w:t>
            </w:r>
          </w:p>
        </w:tc>
        <w:tc>
          <w:tcPr>
            <w:tcW w:type="dxa" w:w="22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______________</w:t>
            </w:r>
          </w:p>
        </w:tc>
        <w:tc>
          <w:tcPr>
            <w:tcW w:type="dxa" w:w="11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единовременной выплате (материальной помощи) к ежегодному оплачиваемому отпуску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