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[Полное наименование организации или ИП]</w:t>
      </w: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организации]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УТВЕРЖДАЮ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руководителя]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 или ИП]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утверждения]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АКТ № [НОМЕР]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ввода в эксплуатацию оборудования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составления]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Место установки оборудования: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подразделения, цеха, помещения, 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Основание: приказ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[руководителя]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«О создании комиссии по вводу оборудования в эксплуатацию».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Комиссия в составе: председатель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члены комиссии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 присутствии представителя организации, выполнившей монтаж и пусконаладочные работы,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ФИО, 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составила настоящий акт о следующем.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1. Сведения об оборудовании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Комиссии предъявлено следующее оборудование: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808"/>
        <w:gridCol w:w="3118"/>
        <w:gridCol w:w="1732"/>
        <w:gridCol w:w="1963"/>
        <w:gridCol w:w="1732"/>
      </w:tblGrid>
      <w:tr>
        <w:trPr>
          <w:cantSplit/>
        </w:trPr>
        <w:tc>
          <w:tcPr>
            <w:tcW w:type="dxa" w:w="80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№</w:t>
            </w:r>
          </w:p>
        </w:tc>
        <w:tc>
          <w:tcPr>
            <w:tcW w:type="dxa" w:w="311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Наименование, марка, модель</w:t>
            </w:r>
          </w:p>
        </w:tc>
        <w:tc>
          <w:tcPr>
            <w:tcW w:type="dxa" w:w="173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Заводской номер</w:t>
            </w:r>
          </w:p>
        </w:tc>
        <w:tc>
          <w:tcPr>
            <w:tcW w:type="dxa" w:w="196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Инвентарный номер</w:t>
            </w:r>
          </w:p>
        </w:tc>
        <w:tc>
          <w:tcPr>
            <w:tcW w:type="dxa" w:w="173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Стоимость, руб.</w:t>
            </w:r>
          </w:p>
        </w:tc>
      </w:tr>
      <w:tr>
        <w:trPr>
          <w:cantSplit/>
        </w:trPr>
        <w:tc>
          <w:tcPr>
            <w:tcW w:type="dxa" w:w="80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1</w:t>
            </w:r>
          </w:p>
        </w:tc>
        <w:tc>
          <w:tcPr>
            <w:tcW w:type="dxa" w:w="311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[наименование, модель]</w:t>
            </w:r>
          </w:p>
        </w:tc>
        <w:tc>
          <w:tcPr>
            <w:tcW w:type="dxa" w:w="173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[номер]</w:t>
            </w:r>
          </w:p>
        </w:tc>
        <w:tc>
          <w:tcPr>
            <w:tcW w:type="dxa" w:w="196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[номер]</w:t>
            </w:r>
          </w:p>
        </w:tc>
        <w:tc>
          <w:tcPr>
            <w:tcW w:type="dxa" w:w="173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</w:tr>
      <w:tr>
        <w:trPr>
          <w:cantSplit/>
        </w:trPr>
        <w:tc>
          <w:tcPr>
            <w:tcW w:type="dxa" w:w="80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2</w:t>
            </w:r>
          </w:p>
        </w:tc>
        <w:tc>
          <w:tcPr>
            <w:tcW w:type="dxa" w:w="311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[наименование, модель]</w:t>
            </w:r>
          </w:p>
        </w:tc>
        <w:tc>
          <w:tcPr>
            <w:tcW w:type="dxa" w:w="173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[номер]</w:t>
            </w:r>
          </w:p>
        </w:tc>
        <w:tc>
          <w:tcPr>
            <w:tcW w:type="dxa" w:w="196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[номер]</w:t>
            </w:r>
          </w:p>
        </w:tc>
        <w:tc>
          <w:tcPr>
            <w:tcW w:type="dxa" w:w="173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</w:tr>
      <w:tr>
        <w:trPr>
          <w:cantSplit/>
        </w:trPr>
        <w:tc>
          <w:tcPr>
            <w:tcW w:type="dxa" w:w="808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311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Итого</w:t>
            </w:r>
          </w:p>
        </w:tc>
        <w:tc>
          <w:tcPr>
            <w:tcW w:type="dxa" w:w="1732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1963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1732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[сумма]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Изготовитель: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изготовителя, страна]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год выпуска: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Оборудование приобретено по договору поставки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поставщика, 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поступило в организацию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первичного документа, например универсальному передаточному документу]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Первоначальная стоимость оборудования, включая затраты на доставку, монтаж и пусконаладочные работы, составляет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 xml:space="preserve">) рублей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[копейки]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 xml:space="preserve"> копеек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без учёта НДС.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2. Монтаж, пусконаладка и испытания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Монтаж и пусконаладочные работы выполнены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 или подразделения]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что подтверждается актом выполненных работ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проведены испытания оборудования под нагрузкой в рабочем режиме продолжительностью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часов. В ходе испытаний оборудование работало устойчиво, технические характеристики соответствуют паспорту изготовителя: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[основные проверенные показатели, например производительность, потребляемая мощность, точность обработки]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Дефекты и замечания по результатам осмотра и испытаний не выявлены. Оборудование укомплектовано в соответствии с паспортом, повреждений не имеет.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Требования охраны труда и пожарной безопасности при установке соблюдены, рабочее место оборудовано, работники, допущенные к эксплуатации, прошли инструктаж по безопасной работе на оборудовании.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3. Техническая документация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Вместе с оборудованием переданы: паспорт (формуляр), руководство по эксплуатации, гарантийный талон со сроком гарантии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[срок]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месяцев,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[иная документация, например сертификат или декларация о соответствии]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Документация передана на хранение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ФИО ответственного]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4. Заключение комиссии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Оборудование, указанное в пункте 1.1 настоящего акта, смонтировано, испытано, пригодно к использованию по назначению и вводится в эксплуатацию с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[дата ввода в эксплуатацию]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Оборудование передаётся в подотчёт материально ответственному лицу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закрепляется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подразделения]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Оборудование подлежит принятию к бухгалтерскому учёту в составе основных средств. Комиссия предлагает установить срок полезного использования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месяцев.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Акт составлен в двух экземплярах: первый передаётся в бухгалтерию, второй остаётся у материально ответственного лица.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приказа о создании комиссии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листах.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акта выполненных монтажных и пусконаладочных работ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листах.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Протокол испытаний оборудования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листах.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Подписи членов комиссии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Председатель комиссии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Член комиссии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Член комиссии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Представитель подрядчика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Оборудование и техническую документацию принял: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Материально ответственное лицо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ввода в эксплуатацию оборудования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