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АКТ № [НОМЕР]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безвозмездной передачи материальных ценностей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передающей организации или ФИО индивидуального предпринимателя]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 подписанта]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[устава или доверенности от ... № ...]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именуемое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«Передающая сторона»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 одной стороны,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получателя]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 подписанта]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[устава или доверенности от ... № ...]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именуемое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«Получающая сторона»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с другой стороны, составили настоящий акт о нижеследующем.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 основании договора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договора, например пожертвования]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Договор) Передающая сторона безвозмездно передала в собственность, а Получающая сторона приняла следующие материальные ценности: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922"/>
        <w:gridCol w:w="4084"/>
        <w:gridCol w:w="1581"/>
        <w:gridCol w:w="1317"/>
        <w:gridCol w:w="1449"/>
      </w:tblGrid>
      <w:tr>
        <w:trPr>
          <w:cantSplit/>
        </w:trPr>
        <w:tc>
          <w:tcPr>
            <w:tcW w:type="dxa" w:w="92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№</w:t>
            </w:r>
          </w:p>
        </w:tc>
        <w:tc>
          <w:tcPr>
            <w:tcW w:type="dxa" w:w="408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Наименование, характеристики</w:t>
            </w:r>
          </w:p>
        </w:tc>
        <w:tc>
          <w:tcPr>
            <w:tcW w:type="dxa" w:w="158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Количество</w:t>
            </w:r>
          </w:p>
        </w:tc>
        <w:tc>
          <w:tcPr>
            <w:tcW w:type="dxa" w:w="131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Цена, руб.</w:t>
            </w:r>
          </w:p>
        </w:tc>
        <w:tc>
          <w:tcPr>
            <w:tcW w:type="dxa" w:w="144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Сумма, руб.</w:t>
            </w:r>
          </w:p>
        </w:tc>
      </w:tr>
      <w:tr>
        <w:trPr>
          <w:cantSplit/>
        </w:trPr>
        <w:tc>
          <w:tcPr>
            <w:tcW w:type="dxa" w:w="92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1</w:t>
            </w:r>
          </w:p>
        </w:tc>
        <w:tc>
          <w:tcPr>
            <w:tcW w:type="dxa" w:w="408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[наименование, модель, артикул]</w:t>
            </w:r>
          </w:p>
        </w:tc>
        <w:tc>
          <w:tcPr>
            <w:tcW w:type="dxa" w:w="158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[количество]</w:t>
            </w:r>
          </w:p>
        </w:tc>
        <w:tc>
          <w:tcPr>
            <w:tcW w:type="dxa" w:w="131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[цена]</w:t>
            </w:r>
          </w:p>
        </w:tc>
        <w:tc>
          <w:tcPr>
            <w:tcW w:type="dxa" w:w="144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</w:tr>
      <w:tr>
        <w:trPr>
          <w:cantSplit/>
        </w:trPr>
        <w:tc>
          <w:tcPr>
            <w:tcW w:type="dxa" w:w="92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2</w:t>
            </w:r>
          </w:p>
        </w:tc>
        <w:tc>
          <w:tcPr>
            <w:tcW w:type="dxa" w:w="408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[наименование, модель, артикул]</w:t>
            </w:r>
          </w:p>
        </w:tc>
        <w:tc>
          <w:tcPr>
            <w:tcW w:type="dxa" w:w="158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[количество]</w:t>
            </w:r>
          </w:p>
        </w:tc>
        <w:tc>
          <w:tcPr>
            <w:tcW w:type="dxa" w:w="131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[цена]</w:t>
            </w:r>
          </w:p>
        </w:tc>
        <w:tc>
          <w:tcPr>
            <w:tcW w:type="dxa" w:w="144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</w:tr>
      <w:tr>
        <w:trPr>
          <w:cantSplit/>
        </w:trPr>
        <w:tc>
          <w:tcPr>
            <w:tcW w:type="dxa" w:w="92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3</w:t>
            </w:r>
          </w:p>
        </w:tc>
        <w:tc>
          <w:tcPr>
            <w:tcW w:type="dxa" w:w="408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[наименование, модель, артикул]</w:t>
            </w:r>
          </w:p>
        </w:tc>
        <w:tc>
          <w:tcPr>
            <w:tcW w:type="dxa" w:w="158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[количество]</w:t>
            </w:r>
          </w:p>
        </w:tc>
        <w:tc>
          <w:tcPr>
            <w:tcW w:type="dxa" w:w="131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[цена]</w:t>
            </w:r>
          </w:p>
        </w:tc>
        <w:tc>
          <w:tcPr>
            <w:tcW w:type="dxa" w:w="144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</w:tr>
      <w:tr>
        <w:trPr>
          <w:cantSplit/>
        </w:trPr>
        <w:tc>
          <w:tcPr>
            <w:tcW w:type="dxa" w:w="922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408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Итого</w:t>
            </w:r>
          </w:p>
        </w:tc>
        <w:tc>
          <w:tcPr>
            <w:tcW w:type="dxa" w:w="158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[количество]</w:t>
            </w:r>
          </w:p>
        </w:tc>
        <w:tc>
          <w:tcPr>
            <w:tcW w:type="dxa" w:w="1318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44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[сумма]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Общая стоимость переданных ценностей составляет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) рублей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[копейки]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 копеек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Стоимость определена по рыночным ценам на дату передачи и указана для целей бухгалтерского и налогового учёта сторон.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Ценности переданы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передачи]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передачи]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Вместе с ценностями переданы следующие документы: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[паспорта, руководства по эксплуатации, гарантийные талоны, сертификаты или декларации о соответствии]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Получающая сторона осмотрела ценности при приёмке. Количество, комплектность и состояние ценностей соответствуют настоящему акту, видимые повреждения отсутствуют. Претензий к Передающей стороне Получающая сторона не имеет.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Право собственности на ценности и риск их случайной гибели или повреждения переходят к Получающей стороне с момента подписания настоящего акта.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Получающая сторона обязуется использовать ценности в соответствии с назначением, указанным в Договоре: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[назначение, например для оснащения учебных кабинетов школы]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Настоящий акт составлен в двух экземплярах, имеющих одинаковую юридическую силу, по одному для каждой из сторон, и является неотъемлемой частью Договора.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Подписи сторон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Передающая сторона: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[юридический адрес]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Ценности передал: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М. П. (при наличии)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Получающая сторона: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[юридический адрес]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Ценности принял: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М. П. (при наличии)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безвозмездной передачи материальных ценностей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