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УТВЕРЖДАЮ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утверждения]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документов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Основание: приказ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«О передаче дел»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 передачи, например увольнением или переводом работника на другую 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Комиссия в составе: председатель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члены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составила настоящий акт о том,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Сдающий)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Принимающий) принял(а) документы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 или участка работы, например отдела кадров]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Перечень переданных документов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779"/>
        <w:gridCol w:w="3229"/>
        <w:gridCol w:w="1559"/>
        <w:gridCol w:w="1447"/>
        <w:gridCol w:w="2338"/>
      </w:tblGrid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32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Наименование документа (дела)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Период</w:t>
            </w:r>
          </w:p>
        </w:tc>
        <w:tc>
          <w:tcPr>
            <w:tcW w:type="dxa" w:w="14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Кол-во листов</w:t>
            </w:r>
          </w:p>
        </w:tc>
        <w:tc>
          <w:tcPr>
            <w:tcW w:type="dxa" w:w="23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Примечание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32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индекс дела]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 ... по ...]</w:t>
            </w:r>
          </w:p>
        </w:tc>
        <w:tc>
          <w:tcPr>
            <w:tcW w:type="dxa" w:w="14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[листов]</w:t>
            </w:r>
          </w:p>
        </w:tc>
        <w:tc>
          <w:tcPr>
            <w:tcW w:type="dxa" w:w="23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[подлинник или копия]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323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индекс дела]</w:t>
            </w:r>
          </w:p>
        </w:tc>
        <w:tc>
          <w:tcPr>
            <w:tcW w:type="dxa" w:w="155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 ... по ...]</w:t>
            </w:r>
          </w:p>
        </w:tc>
        <w:tc>
          <w:tcPr>
            <w:tcW w:type="dxa" w:w="144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[листов]</w:t>
            </w:r>
          </w:p>
        </w:tc>
        <w:tc>
          <w:tcPr>
            <w:tcW w:type="dxa" w:w="233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[подлинник или копия]</w:t>
            </w:r>
          </w:p>
        </w:tc>
      </w:tr>
      <w:tr>
        <w:trPr>
          <w:cantSplit/>
        </w:trPr>
        <w:tc>
          <w:tcPr>
            <w:tcW w:type="dxa" w:w="78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3</w:t>
            </w:r>
          </w:p>
        </w:tc>
        <w:tc>
          <w:tcPr>
            <w:tcW w:type="dxa" w:w="323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[наименование, индекс дела]</w:t>
            </w:r>
          </w:p>
        </w:tc>
        <w:tc>
          <w:tcPr>
            <w:tcW w:type="dxa" w:w="155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 ... по ...]</w:t>
            </w:r>
          </w:p>
        </w:tc>
        <w:tc>
          <w:tcPr>
            <w:tcW w:type="dxa" w:w="144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[листов]</w:t>
            </w:r>
          </w:p>
        </w:tc>
        <w:tc>
          <w:tcPr>
            <w:tcW w:type="dxa" w:w="233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[подлинник или копия]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Всего передано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дел (документов)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листах.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Электронные документы, носители и доступы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Переданы электронные документы, размещённые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хранения, например в папке на сервере организации или в информационной системе]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файлов.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Переданы ключи от шкафов и сейфа, в которых хранятся документы: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ключей или помещений]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Сдающий передал сведения о незавершённых делах и сроках исполнения документов: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незавершённых дел или «незавершённых дел нет»]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Доступы Сдающего к информационным системам и электронной почте подразделения прекращены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доступы Принимающему предоставлены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Результаты проверки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Наличие документов проверено комиссией по номенклатуре дел и описям. Документы переданы в полном объёме, недостающих документов не выявлено.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Документы находятся в удовлетворительном состоянии: сшиты, листы пронумерованы, повреждений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Претензий у Принимающего к Сдающему по составу и состоянию переданных документов нет.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составлен в трёх экземплярах: первый хранится в деле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номенклатуре, второй передаётся Сдающему, третий Принимающему.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Подписи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сдал(а):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Документы принял(а):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Председатель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Член комиссии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документов при смене ответственного работника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