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утверждения]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утилизации товаров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хранения товаров: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склада или магазина,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Основание: приказ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«Об утилизации товаров, непригодных для реализации».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 в составе: председатель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члены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присутствии материально ответственного лица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составила настоящий акт о 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 товарах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Утилизации подлежат следующие товары, изъятые из оборота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изъятия]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списанные актом о списании товаров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56"/>
        <w:gridCol w:w="3470"/>
        <w:gridCol w:w="1810"/>
        <w:gridCol w:w="1659"/>
        <w:gridCol w:w="1357"/>
      </w:tblGrid>
      <w:tr>
        <w:trPr>
          <w:cantSplit/>
        </w:trPr>
        <w:tc>
          <w:tcPr>
            <w:tcW w:type="dxa" w:w="10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4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Наименование, артикул</w:t>
            </w:r>
          </w:p>
        </w:tc>
        <w:tc>
          <w:tcPr>
            <w:tcW w:type="dxa" w:w="1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</w:t>
            </w:r>
          </w:p>
        </w:tc>
        <w:tc>
          <w:tcPr>
            <w:tcW w:type="dxa" w:w="166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  <w:tc>
          <w:tcPr>
            <w:tcW w:type="dxa" w:w="1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Причина</w:t>
            </w:r>
          </w:p>
        </w:tc>
      </w:tr>
      <w:tr>
        <w:trPr>
          <w:cantSplit/>
        </w:trPr>
        <w:tc>
          <w:tcPr>
            <w:tcW w:type="dxa" w:w="10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4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артикул]</w:t>
            </w:r>
          </w:p>
        </w:tc>
        <w:tc>
          <w:tcPr>
            <w:tcW w:type="dxa" w:w="1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66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[причина]</w:t>
            </w:r>
          </w:p>
        </w:tc>
      </w:tr>
      <w:tr>
        <w:trPr>
          <w:cantSplit/>
        </w:trPr>
        <w:tc>
          <w:tcPr>
            <w:tcW w:type="dxa" w:w="10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4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артикул]</w:t>
            </w:r>
          </w:p>
        </w:tc>
        <w:tc>
          <w:tcPr>
            <w:tcW w:type="dxa" w:w="1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66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[причина]</w:t>
            </w:r>
          </w:p>
        </w:tc>
      </w:tr>
      <w:tr>
        <w:trPr>
          <w:cantSplit/>
        </w:trPr>
        <w:tc>
          <w:tcPr>
            <w:tcW w:type="dxa" w:w="10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34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артикул]</w:t>
            </w:r>
          </w:p>
        </w:tc>
        <w:tc>
          <w:tcPr>
            <w:tcW w:type="dxa" w:w="1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66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[причина]</w:t>
            </w:r>
          </w:p>
        </w:tc>
      </w:tr>
      <w:tr>
        <w:trPr>
          <w:cantSplit/>
        </w:trPr>
        <w:tc>
          <w:tcPr>
            <w:tcW w:type="dxa" w:w="105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4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8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6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58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Всего утилизируется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единиц товаров общей учётной стоимостью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Непригодность товаров для реализации и использования по назначению подтверждается: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дата и номер документа, например акт о браке или заключение экспертизы]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Порядок утилизации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товары переданы для утилизации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имеющей лицензию на деятельность по обращению с отходами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Передача оформлена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о передаче]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Товары утилизированы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путём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утилизации, например механического измельчения с последующей переработкой]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утилизации]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Утилизация проведена в присутствии члена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который подтверждает, что товары приведены в состояние, исключающее их дальнейшее использование и реализацию.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услуг по утилизации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Товары, указанные в разделе 1 настоящего акта, утилизированы полностью. Возможность их возврата в оборот исключена.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экземплярах: первый передаётся в бухгалтерию, второй остаётся у материально ответственного лица.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об утилизации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 списании товаров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исполнителя, подтверждающий утилизацию,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процесса утилизации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членов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актом ознакомлен(а):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Материально ответственное лицо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утилизации товаров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