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технического состояния транспортного средства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Комиссия, созданная 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составе: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присутствии материально ответственного лица (водителя, за которым закреплено транспортное средство)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осмотра, например: г. 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гаражный бокс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 осмотр и проверку технического состояния транспортного средства и установила следующее.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Сведения о транспортном средстве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Тип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[тип, например: легковой автомобиль]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Год выпуска, цвет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[год]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Номер двигателя / кузова / шасси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 двигателя]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 кузова]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 шасси]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ПТС (ЭПТС), 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 ПТС или ЭПТС]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; СТС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[серия и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Инвентарный номер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[инвентарный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 ввода в эксплуатацию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Пробег по показаниям одометра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[пробег]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км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Срок полезного использования / фактический срок эксплуатации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[срок]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мес.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[срок]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мес.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Первоначальная (восстановительная) стоимость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Остаточная стоимость на дату осмотра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руб.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Результаты осмотра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Транспортное средство осмотрено визуально, проведены пробный запуск двигателя и проверка работы узлов и агрегатов на месте. Документация по ремонтам и техническому обслуживанию (путевые листы, заказ-наряды, дефектные ведомости) изучена.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Состояние основных узлов и агрегатов: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23"/>
        <w:gridCol w:w="3563"/>
        <w:gridCol w:w="3563"/>
        <w:gridCol w:w="1603"/>
      </w:tblGrid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Узел, агрегат, система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Выявленные неисправности и дефекты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Оценка состояния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Двигатель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[описание: например, повышенный расход масла, стук коленчатого вала, компрессия в цилиндрах 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Коробка передач, сцепление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Ходовая часть, подвеска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4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Рулевое управление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5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Тормозная система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6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Кузов, рама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[описание: коррозия, деформации, сквозные повреждения]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7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Электрооборудование, приборы освещения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8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Шины, колёса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[описание, остаточная высота протектора 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мм]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9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Комплектность (запасное колесо, аптечка, знак аварийной остановки, огнетушитель)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[описание]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[оценка состояния]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Причины неисправностей: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естественный физический износ в результате длительной эксплуатации]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Ориентировочная стоимость восстановительного ремонта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[коммерческое предложение, калькуляция или дефектная ведомость [наименование сервиса]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что превышает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рыночной стоимости аналогичного транспортного средства в исправном состоянии.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Транспортное средство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находится в неисправном состоянии и не соответствует требованиям, предъявляемым к допуску транспортных средств к эксплуатации.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Восстановление транспортного средства экономически нецелесообразно, так как стоимость ремонта превышает его остаточную и рыночную стоимость, а дальнейшая эксплуатация небезопасна.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Комиссия рекомендует: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Вывести транспортное средство из эксплуатации и списать с баланса организации.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Годные к использованию запасные части и материалы, полученные при разборке, оприходовать по рыночной стоимости на дату списания.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Прекратить государственный учёт транспортного средства в Госавтоинспекции в связи с утилизацией.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Сдать транспортное средство на утилизацию в специализированную организацию.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транспортного средства и выявленных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Дефектная ведомость (заключение сервиса)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транспортного средства (выписка из ЭПТС)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инвентарной карточки учёта объекта основных средств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Председатель комиссии: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Члены комиссии: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 актом ознакомлен (материально ответственное лицо):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транспортного средства для списания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