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автора записки]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невыполнении работником должностных обязанностей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Довожу до вашего сведения, что 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работающий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находящийся в моём непосредственном подчинении, не выполнил свои должностные обязанности.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на работника возложена обязанность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обязанности дословно по должностной инструкции]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должностной инструкцией работник ознакомлен под подпись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мной было дано работнику поручение: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задания: например, подготовить и направить контрагенту ООО «[наименование]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проект договора поставки]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Поручение передано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передачи, например: по корпоративной электронной почте с адреса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адрес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его получение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например: уведомлением о прочтении письма]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установленный срок поручение выполнено не было.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[Подробное описание того, что именно не сделано или сделано ненадлежащим образом, с указанием дат и времени]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 невыполнении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[обстоятельства: например, проверке исполнения поручения в системе электронного документооборота]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рабочее время работник находился на рабочем месте, о болезни, нехватке ресурсов или иных причинах, препятствующих выполнению задания, не сообщал.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невыполнения должностных обязанностей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например, срыв срока заключения договора, претензия контрагента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21, 192 и 193 Трудового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Затребовать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письменное объяснение причин невыполнения должностных обязанностей.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результатам рассмотрения объяснения решить вопрос о применении к работнику дисциплинарного взыскания.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должностной инструкции с листом ознакомления работника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поручения (распечатка электронного письма, задания в системе документооборота)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последствия невыполнения обязанностей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невыполнении работником должностных обязанностей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